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A647E" w14:textId="77777777" w:rsidR="00EC2127" w:rsidRPr="004A1DA8" w:rsidRDefault="00284ED5">
      <w:pPr>
        <w:spacing w:after="40"/>
        <w:jc w:val="center"/>
        <w:rPr>
          <w:lang w:val="pt-BR"/>
        </w:rPr>
      </w:pPr>
      <w:r w:rsidRPr="004A1DA8">
        <w:rPr>
          <w:b/>
          <w:color w:val="1F3864"/>
          <w:sz w:val="26"/>
          <w:lang w:val="pt-BR"/>
        </w:rPr>
        <w:t>ANEXO I — FORMULÁRIO DE INSCRIÇÃO</w:t>
      </w:r>
    </w:p>
    <w:p w14:paraId="181DED39" w14:textId="26A1288F" w:rsidR="00EC2127" w:rsidRPr="004A1DA8" w:rsidRDefault="00284ED5">
      <w:pPr>
        <w:spacing w:after="80"/>
        <w:jc w:val="center"/>
        <w:rPr>
          <w:lang w:val="pt-BR"/>
        </w:rPr>
      </w:pPr>
      <w:r w:rsidRPr="004A1DA8">
        <w:rPr>
          <w:b/>
          <w:sz w:val="20"/>
          <w:lang w:val="pt-BR"/>
        </w:rPr>
        <w:t>CHAMADA INTERNA Nº 0</w:t>
      </w:r>
      <w:r w:rsidR="007E507D">
        <w:rPr>
          <w:b/>
          <w:sz w:val="20"/>
          <w:lang w:val="pt-BR"/>
        </w:rPr>
        <w:t>4</w:t>
      </w:r>
      <w:r w:rsidRPr="004A1DA8">
        <w:rPr>
          <w:b/>
          <w:sz w:val="20"/>
          <w:lang w:val="pt-BR"/>
        </w:rPr>
        <w:t>/2026 — PROGRAMA DE CONCESSÃO DE BOLSAS DE COORDENAÇÃO (DOCENTES)</w:t>
      </w:r>
      <w:r w:rsidRPr="004A1DA8">
        <w:rPr>
          <w:b/>
          <w:sz w:val="20"/>
          <w:lang w:val="pt-BR"/>
        </w:rPr>
        <w:br/>
        <w:t>DO PROJETO ECO NOROESTE</w:t>
      </w:r>
    </w:p>
    <w:p w14:paraId="4F226712" w14:textId="77777777" w:rsidR="00EC2127" w:rsidRPr="004A1DA8" w:rsidRDefault="00284ED5">
      <w:pPr>
        <w:spacing w:after="160"/>
        <w:jc w:val="center"/>
        <w:rPr>
          <w:lang w:val="pt-BR"/>
        </w:rPr>
      </w:pPr>
      <w:r w:rsidRPr="004A1DA8">
        <w:rPr>
          <w:i/>
          <w:color w:val="555555"/>
          <w:sz w:val="18"/>
          <w:lang w:val="pt-BR"/>
        </w:rPr>
        <w:t>Convênio ITAIPU nº 4500084374 — NCS Noroeste</w:t>
      </w:r>
    </w:p>
    <w:p w14:paraId="75D8F354" w14:textId="77777777" w:rsidR="00EC2127" w:rsidRPr="004A1DA8" w:rsidRDefault="00284ED5">
      <w:pPr>
        <w:keepNext/>
        <w:spacing w:before="240" w:after="80"/>
        <w:rPr>
          <w:lang w:val="pt-BR"/>
        </w:rPr>
      </w:pPr>
      <w:r w:rsidRPr="004A1DA8">
        <w:rPr>
          <w:b/>
          <w:color w:val="1F3864"/>
          <w:lang w:val="pt-BR"/>
        </w:rPr>
        <w:t>1. EIXO DE COORDENAÇÃO PRETENDIDO</w:t>
      </w:r>
    </w:p>
    <w:p w14:paraId="1EFBDCE5" w14:textId="77777777" w:rsidR="00EC2127" w:rsidRPr="004A1DA8" w:rsidRDefault="00284ED5">
      <w:pPr>
        <w:spacing w:after="100"/>
        <w:jc w:val="both"/>
        <w:rPr>
          <w:lang w:val="pt-BR"/>
        </w:rPr>
      </w:pPr>
      <w:r w:rsidRPr="004A1DA8">
        <w:rPr>
          <w:i/>
          <w:sz w:val="19"/>
          <w:lang w:val="pt-BR"/>
        </w:rPr>
        <w:t>Assinale apenas 01 (um) eixo. Cada docente poderá inscrever-se em um único eixo de coordenação (item 6.5 da Chamada).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81"/>
        <w:gridCol w:w="5540"/>
        <w:gridCol w:w="2173"/>
      </w:tblGrid>
      <w:tr w:rsidR="00606C68" w14:paraId="5D44ED84" w14:textId="77777777" w:rsidTr="00606C68">
        <w:trPr>
          <w:trHeight w:val="824"/>
          <w:jc w:val="center"/>
        </w:trPr>
        <w:tc>
          <w:tcPr>
            <w:tcW w:w="1581" w:type="dxa"/>
            <w:shd w:val="clear" w:color="auto" w:fill="1F3864"/>
          </w:tcPr>
          <w:p w14:paraId="3F560EF0" w14:textId="77777777" w:rsidR="00606C68" w:rsidRDefault="00606C68">
            <w:pPr>
              <w:spacing w:before="40" w:after="40"/>
              <w:jc w:val="center"/>
            </w:pPr>
            <w:r>
              <w:rPr>
                <w:b/>
                <w:color w:val="FFFFFF"/>
                <w:sz w:val="17"/>
              </w:rPr>
              <w:t>Marcar</w:t>
            </w:r>
          </w:p>
        </w:tc>
        <w:tc>
          <w:tcPr>
            <w:tcW w:w="5540" w:type="dxa"/>
            <w:shd w:val="clear" w:color="auto" w:fill="1F3864"/>
          </w:tcPr>
          <w:p w14:paraId="6387ED8B" w14:textId="77777777" w:rsidR="00606C68" w:rsidRDefault="00606C68">
            <w:pPr>
              <w:spacing w:before="40" w:after="40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Eixo</w:t>
            </w:r>
            <w:proofErr w:type="spellEnd"/>
            <w:r>
              <w:rPr>
                <w:b/>
                <w:color w:val="FFFFFF"/>
                <w:sz w:val="17"/>
              </w:rPr>
              <w:t xml:space="preserve"> de Coordenação</w:t>
            </w:r>
          </w:p>
        </w:tc>
        <w:tc>
          <w:tcPr>
            <w:tcW w:w="2173" w:type="dxa"/>
            <w:shd w:val="clear" w:color="auto" w:fill="1F3864"/>
          </w:tcPr>
          <w:p w14:paraId="4C4018DB" w14:textId="77777777" w:rsidR="00606C68" w:rsidRDefault="00606C68">
            <w:pPr>
              <w:spacing w:before="40" w:after="40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Modalidade</w:t>
            </w:r>
            <w:proofErr w:type="spellEnd"/>
          </w:p>
        </w:tc>
      </w:tr>
      <w:tr w:rsidR="00606C68" w14:paraId="2F47F13E" w14:textId="77777777" w:rsidTr="00606C68">
        <w:trPr>
          <w:trHeight w:val="353"/>
          <w:jc w:val="center"/>
        </w:trPr>
        <w:tc>
          <w:tcPr>
            <w:tcW w:w="1581" w:type="dxa"/>
            <w:shd w:val="clear" w:color="auto" w:fill="D9E1F2"/>
          </w:tcPr>
          <w:p w14:paraId="3858B759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(     )</w:t>
            </w:r>
          </w:p>
        </w:tc>
        <w:tc>
          <w:tcPr>
            <w:tcW w:w="5540" w:type="dxa"/>
            <w:shd w:val="clear" w:color="auto" w:fill="D9E1F2"/>
          </w:tcPr>
          <w:p w14:paraId="3E7E955E" w14:textId="77777777" w:rsidR="00606C68" w:rsidRPr="004A1DA8" w:rsidRDefault="00606C68">
            <w:pPr>
              <w:spacing w:before="40" w:after="40"/>
              <w:jc w:val="center"/>
              <w:rPr>
                <w:lang w:val="pt-BR"/>
              </w:rPr>
            </w:pPr>
            <w:r w:rsidRPr="004A1DA8">
              <w:rPr>
                <w:sz w:val="17"/>
                <w:lang w:val="pt-BR"/>
              </w:rPr>
              <w:t>Coordenação de Ações de Gestão (Eixo Transversal)</w:t>
            </w:r>
          </w:p>
        </w:tc>
        <w:tc>
          <w:tcPr>
            <w:tcW w:w="2173" w:type="dxa"/>
            <w:shd w:val="clear" w:color="auto" w:fill="D9E1F2"/>
          </w:tcPr>
          <w:p w14:paraId="2372103D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DTI III</w:t>
            </w:r>
          </w:p>
        </w:tc>
      </w:tr>
      <w:tr w:rsidR="00606C68" w14:paraId="486CB780" w14:textId="77777777" w:rsidTr="00606C68">
        <w:trPr>
          <w:trHeight w:val="340"/>
          <w:jc w:val="center"/>
        </w:trPr>
        <w:tc>
          <w:tcPr>
            <w:tcW w:w="1581" w:type="dxa"/>
            <w:shd w:val="clear" w:color="auto" w:fill="FFFFFF"/>
          </w:tcPr>
          <w:p w14:paraId="75FEAEF6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(     )</w:t>
            </w:r>
          </w:p>
        </w:tc>
        <w:tc>
          <w:tcPr>
            <w:tcW w:w="5540" w:type="dxa"/>
            <w:shd w:val="clear" w:color="auto" w:fill="FFFFFF"/>
          </w:tcPr>
          <w:p w14:paraId="468B1298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Coordenação de Ações Ambientais</w:t>
            </w:r>
          </w:p>
        </w:tc>
        <w:tc>
          <w:tcPr>
            <w:tcW w:w="2173" w:type="dxa"/>
            <w:shd w:val="clear" w:color="auto" w:fill="FFFFFF"/>
          </w:tcPr>
          <w:p w14:paraId="40DA13AB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DTI II</w:t>
            </w:r>
          </w:p>
        </w:tc>
      </w:tr>
      <w:tr w:rsidR="00606C68" w14:paraId="160DFBAB" w14:textId="77777777" w:rsidTr="00606C68">
        <w:trPr>
          <w:trHeight w:val="308"/>
          <w:jc w:val="center"/>
        </w:trPr>
        <w:tc>
          <w:tcPr>
            <w:tcW w:w="1581" w:type="dxa"/>
            <w:shd w:val="clear" w:color="auto" w:fill="D9E1F2"/>
          </w:tcPr>
          <w:p w14:paraId="0DC89420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(     )</w:t>
            </w:r>
          </w:p>
        </w:tc>
        <w:tc>
          <w:tcPr>
            <w:tcW w:w="5540" w:type="dxa"/>
            <w:shd w:val="clear" w:color="auto" w:fill="D9E1F2"/>
          </w:tcPr>
          <w:p w14:paraId="62E7554E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Coordenação de Ações Sociais</w:t>
            </w:r>
          </w:p>
        </w:tc>
        <w:tc>
          <w:tcPr>
            <w:tcW w:w="2173" w:type="dxa"/>
            <w:shd w:val="clear" w:color="auto" w:fill="D9E1F2"/>
          </w:tcPr>
          <w:p w14:paraId="792EF1B7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DTI II</w:t>
            </w:r>
          </w:p>
        </w:tc>
      </w:tr>
      <w:tr w:rsidR="00606C68" w14:paraId="1071BB27" w14:textId="77777777" w:rsidTr="00606C68">
        <w:trPr>
          <w:trHeight w:val="296"/>
          <w:jc w:val="center"/>
        </w:trPr>
        <w:tc>
          <w:tcPr>
            <w:tcW w:w="1581" w:type="dxa"/>
            <w:shd w:val="clear" w:color="auto" w:fill="FFFFFF"/>
          </w:tcPr>
          <w:p w14:paraId="317C8E36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(     )</w:t>
            </w:r>
          </w:p>
        </w:tc>
        <w:tc>
          <w:tcPr>
            <w:tcW w:w="5540" w:type="dxa"/>
            <w:shd w:val="clear" w:color="auto" w:fill="FFFFFF"/>
          </w:tcPr>
          <w:p w14:paraId="12688536" w14:textId="77777777" w:rsidR="00606C68" w:rsidRPr="004A1DA8" w:rsidRDefault="00606C68">
            <w:pPr>
              <w:spacing w:before="40" w:after="40"/>
              <w:jc w:val="center"/>
              <w:rPr>
                <w:lang w:val="pt-BR"/>
              </w:rPr>
            </w:pPr>
            <w:r w:rsidRPr="004A1DA8">
              <w:rPr>
                <w:sz w:val="17"/>
                <w:lang w:val="pt-BR"/>
              </w:rPr>
              <w:t>Coordenação de Ações da Saúde</w:t>
            </w:r>
          </w:p>
        </w:tc>
        <w:tc>
          <w:tcPr>
            <w:tcW w:w="2173" w:type="dxa"/>
            <w:shd w:val="clear" w:color="auto" w:fill="FFFFFF"/>
          </w:tcPr>
          <w:p w14:paraId="62F2E004" w14:textId="77777777" w:rsidR="00606C68" w:rsidRDefault="00606C68">
            <w:pPr>
              <w:spacing w:before="40" w:after="40"/>
              <w:jc w:val="center"/>
            </w:pPr>
            <w:r>
              <w:rPr>
                <w:sz w:val="17"/>
              </w:rPr>
              <w:t>DTI II</w:t>
            </w:r>
          </w:p>
        </w:tc>
      </w:tr>
    </w:tbl>
    <w:p w14:paraId="76257120" w14:textId="77777777" w:rsidR="00EC2127" w:rsidRDefault="00EC2127">
      <w:pPr>
        <w:spacing w:after="40"/>
      </w:pPr>
    </w:p>
    <w:p w14:paraId="1DD6CAD9" w14:textId="77777777" w:rsidR="00EC2127" w:rsidRDefault="00284ED5">
      <w:pPr>
        <w:keepNext/>
        <w:spacing w:before="240" w:after="80"/>
      </w:pPr>
      <w:r>
        <w:rPr>
          <w:b/>
          <w:color w:val="1F3864"/>
        </w:rPr>
        <w:t>2. IDENTIFICAÇÃO DO CANDIDATO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EC2127" w14:paraId="5E73DE06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5430961C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 xml:space="preserve">Nome </w:t>
            </w:r>
            <w:proofErr w:type="spellStart"/>
            <w:r>
              <w:rPr>
                <w:b/>
                <w:sz w:val="20"/>
              </w:rPr>
              <w:t>completo</w:t>
            </w:r>
            <w:proofErr w:type="spellEnd"/>
          </w:p>
        </w:tc>
        <w:tc>
          <w:tcPr>
            <w:tcW w:w="6236" w:type="dxa"/>
          </w:tcPr>
          <w:p w14:paraId="66FBA19C" w14:textId="77777777" w:rsidR="00EC2127" w:rsidRDefault="00EC2127">
            <w:pPr>
              <w:spacing w:before="60" w:after="60"/>
            </w:pPr>
          </w:p>
        </w:tc>
      </w:tr>
      <w:tr w:rsidR="00EC2127" w14:paraId="1A003162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1E196BCA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6236" w:type="dxa"/>
          </w:tcPr>
          <w:p w14:paraId="5048F588" w14:textId="77777777" w:rsidR="00EC2127" w:rsidRDefault="00EC2127">
            <w:pPr>
              <w:spacing w:before="60" w:after="60"/>
            </w:pPr>
          </w:p>
        </w:tc>
      </w:tr>
      <w:tr w:rsidR="00EC2127" w14:paraId="44F3336E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14734150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 xml:space="preserve">RG / </w:t>
            </w:r>
            <w:proofErr w:type="spellStart"/>
            <w:r>
              <w:rPr>
                <w:b/>
                <w:sz w:val="20"/>
              </w:rPr>
              <w:t>Órgão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emissor</w:t>
            </w:r>
            <w:proofErr w:type="spellEnd"/>
          </w:p>
        </w:tc>
        <w:tc>
          <w:tcPr>
            <w:tcW w:w="6236" w:type="dxa"/>
          </w:tcPr>
          <w:p w14:paraId="249D6332" w14:textId="77777777" w:rsidR="00EC2127" w:rsidRDefault="00EC2127">
            <w:pPr>
              <w:spacing w:before="60" w:after="60"/>
            </w:pPr>
          </w:p>
        </w:tc>
      </w:tr>
      <w:tr w:rsidR="00EC2127" w14:paraId="30C64401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4108DAA1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 xml:space="preserve">Data de </w:t>
            </w:r>
            <w:proofErr w:type="spellStart"/>
            <w:r>
              <w:rPr>
                <w:b/>
                <w:sz w:val="20"/>
              </w:rPr>
              <w:t>nascimento</w:t>
            </w:r>
            <w:proofErr w:type="spellEnd"/>
          </w:p>
        </w:tc>
        <w:tc>
          <w:tcPr>
            <w:tcW w:w="6236" w:type="dxa"/>
          </w:tcPr>
          <w:p w14:paraId="0BB819E6" w14:textId="77777777" w:rsidR="00EC2127" w:rsidRDefault="00EC2127">
            <w:pPr>
              <w:spacing w:before="60" w:after="60"/>
            </w:pPr>
          </w:p>
        </w:tc>
      </w:tr>
      <w:tr w:rsidR="00EC2127" w14:paraId="5A3E63C9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412B9DB9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 xml:space="preserve">Endereço </w:t>
            </w:r>
            <w:proofErr w:type="spellStart"/>
            <w:r>
              <w:rPr>
                <w:b/>
                <w:sz w:val="20"/>
              </w:rPr>
              <w:t>completo</w:t>
            </w:r>
            <w:proofErr w:type="spellEnd"/>
          </w:p>
        </w:tc>
        <w:tc>
          <w:tcPr>
            <w:tcW w:w="6236" w:type="dxa"/>
          </w:tcPr>
          <w:p w14:paraId="414EA75C" w14:textId="77777777" w:rsidR="00EC2127" w:rsidRDefault="00EC2127">
            <w:pPr>
              <w:spacing w:before="60" w:after="60"/>
            </w:pPr>
          </w:p>
          <w:p w14:paraId="01775682" w14:textId="77777777" w:rsidR="00EC2127" w:rsidRDefault="00EC2127"/>
        </w:tc>
      </w:tr>
      <w:tr w:rsidR="00EC2127" w14:paraId="5FEC7F33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2686F675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>Telefone / WhatsApp</w:t>
            </w:r>
          </w:p>
        </w:tc>
        <w:tc>
          <w:tcPr>
            <w:tcW w:w="6236" w:type="dxa"/>
          </w:tcPr>
          <w:p w14:paraId="22A99CAE" w14:textId="77777777" w:rsidR="00EC2127" w:rsidRDefault="00EC2127">
            <w:pPr>
              <w:spacing w:before="60" w:after="60"/>
            </w:pPr>
          </w:p>
        </w:tc>
      </w:tr>
      <w:tr w:rsidR="00EC2127" w14:paraId="5D3D4AE6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0ED8A604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 xml:space="preserve">E-mail </w:t>
            </w:r>
            <w:proofErr w:type="spellStart"/>
            <w:r>
              <w:rPr>
                <w:b/>
                <w:sz w:val="20"/>
              </w:rPr>
              <w:t>institucional</w:t>
            </w:r>
            <w:proofErr w:type="spellEnd"/>
          </w:p>
        </w:tc>
        <w:tc>
          <w:tcPr>
            <w:tcW w:w="6236" w:type="dxa"/>
          </w:tcPr>
          <w:p w14:paraId="28659CCE" w14:textId="77777777" w:rsidR="00EC2127" w:rsidRDefault="00EC2127">
            <w:pPr>
              <w:spacing w:before="60" w:after="60"/>
            </w:pPr>
          </w:p>
        </w:tc>
      </w:tr>
      <w:tr w:rsidR="00EC2127" w14:paraId="4712953A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136F3F03" w14:textId="77777777" w:rsidR="00EC2127" w:rsidRDefault="00284ED5">
            <w:pPr>
              <w:spacing w:before="60" w:after="60"/>
            </w:pPr>
            <w:r>
              <w:rPr>
                <w:b/>
                <w:sz w:val="20"/>
              </w:rPr>
              <w:t xml:space="preserve">Link do </w:t>
            </w:r>
            <w:proofErr w:type="spellStart"/>
            <w:r>
              <w:rPr>
                <w:b/>
                <w:sz w:val="20"/>
              </w:rPr>
              <w:t>currículo</w:t>
            </w:r>
            <w:proofErr w:type="spellEnd"/>
            <w:r>
              <w:rPr>
                <w:b/>
                <w:sz w:val="20"/>
              </w:rPr>
              <w:t xml:space="preserve"> Lattes</w:t>
            </w:r>
          </w:p>
        </w:tc>
        <w:tc>
          <w:tcPr>
            <w:tcW w:w="6236" w:type="dxa"/>
          </w:tcPr>
          <w:p w14:paraId="2DD10752" w14:textId="77777777" w:rsidR="00EC2127" w:rsidRDefault="00EC2127">
            <w:pPr>
              <w:spacing w:before="60" w:after="60"/>
            </w:pPr>
          </w:p>
        </w:tc>
      </w:tr>
    </w:tbl>
    <w:p w14:paraId="2EF3B401" w14:textId="77777777" w:rsidR="00EC2127" w:rsidRDefault="00EC2127">
      <w:pPr>
        <w:spacing w:after="60"/>
      </w:pPr>
    </w:p>
    <w:p w14:paraId="564D4D59" w14:textId="77777777" w:rsidR="00EC2127" w:rsidRDefault="00284ED5">
      <w:pPr>
        <w:keepNext/>
        <w:spacing w:before="240" w:after="80"/>
      </w:pPr>
      <w:r>
        <w:rPr>
          <w:b/>
          <w:color w:val="1F3864"/>
        </w:rPr>
        <w:t>3. VÍNCULO DOCENTE (UNESPAR – CAMPUS DE PARANAVAÍ)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EC2127" w14:paraId="14E942C6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6E9D3801" w14:textId="77777777" w:rsidR="00EC2127" w:rsidRDefault="00284ED5">
            <w:pPr>
              <w:spacing w:before="60" w:after="60"/>
            </w:pPr>
            <w:proofErr w:type="spellStart"/>
            <w:r>
              <w:rPr>
                <w:b/>
                <w:sz w:val="20"/>
              </w:rPr>
              <w:t>Colegiado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Curso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lotação</w:t>
            </w:r>
            <w:proofErr w:type="spellEnd"/>
          </w:p>
        </w:tc>
        <w:tc>
          <w:tcPr>
            <w:tcW w:w="6236" w:type="dxa"/>
          </w:tcPr>
          <w:p w14:paraId="207A750D" w14:textId="77777777" w:rsidR="00EC2127" w:rsidRDefault="00EC2127">
            <w:pPr>
              <w:spacing w:before="60" w:after="60"/>
            </w:pPr>
          </w:p>
        </w:tc>
      </w:tr>
      <w:tr w:rsidR="00EC2127" w14:paraId="56172237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53B3719B" w14:textId="77777777" w:rsidR="00EC2127" w:rsidRDefault="00284ED5">
            <w:pPr>
              <w:spacing w:before="60" w:after="60"/>
            </w:pPr>
            <w:proofErr w:type="spellStart"/>
            <w:r>
              <w:rPr>
                <w:b/>
                <w:sz w:val="20"/>
              </w:rPr>
              <w:t>Titulação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máxima</w:t>
            </w:r>
            <w:proofErr w:type="spellEnd"/>
          </w:p>
        </w:tc>
        <w:tc>
          <w:tcPr>
            <w:tcW w:w="6236" w:type="dxa"/>
          </w:tcPr>
          <w:p w14:paraId="261A32AF" w14:textId="77777777" w:rsidR="00EC2127" w:rsidRDefault="00EC2127">
            <w:pPr>
              <w:spacing w:before="60" w:after="60"/>
            </w:pPr>
          </w:p>
        </w:tc>
      </w:tr>
      <w:tr w:rsidR="00EC2127" w:rsidRPr="001A7E3E" w14:paraId="15C48512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50886C20" w14:textId="77777777" w:rsidR="00EC2127" w:rsidRPr="004A1DA8" w:rsidRDefault="00284ED5">
            <w:pPr>
              <w:spacing w:before="60" w:after="60"/>
              <w:rPr>
                <w:lang w:val="pt-BR"/>
              </w:rPr>
            </w:pPr>
            <w:r w:rsidRPr="004A1DA8">
              <w:rPr>
                <w:b/>
                <w:sz w:val="20"/>
                <w:lang w:val="pt-BR"/>
              </w:rPr>
              <w:t>Data de ingresso na UNESPAR</w:t>
            </w:r>
          </w:p>
        </w:tc>
        <w:tc>
          <w:tcPr>
            <w:tcW w:w="6236" w:type="dxa"/>
          </w:tcPr>
          <w:p w14:paraId="1CA8E0CB" w14:textId="77777777" w:rsidR="00EC2127" w:rsidRPr="004A1DA8" w:rsidRDefault="00EC2127">
            <w:pPr>
              <w:spacing w:before="60" w:after="60"/>
              <w:rPr>
                <w:lang w:val="pt-BR"/>
              </w:rPr>
            </w:pPr>
          </w:p>
        </w:tc>
      </w:tr>
    </w:tbl>
    <w:p w14:paraId="2F31B54B" w14:textId="77777777" w:rsidR="00EC2127" w:rsidRPr="004A1DA8" w:rsidRDefault="00EC2127">
      <w:pPr>
        <w:spacing w:after="40"/>
        <w:rPr>
          <w:lang w:val="pt-BR"/>
        </w:rPr>
      </w:pPr>
    </w:p>
    <w:p w14:paraId="2104C91A" w14:textId="77777777" w:rsidR="00EC2127" w:rsidRPr="004A1DA8" w:rsidRDefault="00284ED5">
      <w:pPr>
        <w:spacing w:after="60"/>
        <w:rPr>
          <w:lang w:val="pt-BR"/>
        </w:rPr>
      </w:pPr>
      <w:r w:rsidRPr="004A1DA8">
        <w:rPr>
          <w:b/>
          <w:sz w:val="21"/>
          <w:lang w:val="pt-BR"/>
        </w:rPr>
        <w:t>Regime de trabalho (item 5.1 da Chamada):</w:t>
      </w:r>
    </w:p>
    <w:p w14:paraId="4FA3AF87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Tempo Integral e Dedicação Exclusiva (TIDE)</w:t>
      </w:r>
    </w:p>
    <w:p w14:paraId="5591BA03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Outro regime — especificar: ______________________________________</w:t>
      </w:r>
    </w:p>
    <w:p w14:paraId="5299FB7A" w14:textId="77777777" w:rsidR="00EC2127" w:rsidRPr="004A1DA8" w:rsidRDefault="00EC2127">
      <w:pPr>
        <w:spacing w:after="60"/>
        <w:rPr>
          <w:lang w:val="pt-BR"/>
        </w:rPr>
      </w:pPr>
    </w:p>
    <w:p w14:paraId="785150DB" w14:textId="77777777" w:rsidR="00EC2127" w:rsidRPr="004A1DA8" w:rsidRDefault="00284ED5">
      <w:pPr>
        <w:keepNext/>
        <w:spacing w:before="240" w:after="80"/>
        <w:rPr>
          <w:lang w:val="pt-BR"/>
        </w:rPr>
      </w:pPr>
      <w:r w:rsidRPr="004A1DA8">
        <w:rPr>
          <w:b/>
          <w:color w:val="1F3864"/>
          <w:lang w:val="pt-BR"/>
        </w:rPr>
        <w:lastRenderedPageBreak/>
        <w:t>4. PARTICIPAÇÃO NO NCS NOROESTE (CRITÉRIO PRINCIPAL DE SELEÇÃO)</w:t>
      </w:r>
    </w:p>
    <w:p w14:paraId="6297E415" w14:textId="77777777" w:rsidR="00EC2127" w:rsidRPr="004A1DA8" w:rsidRDefault="00284ED5">
      <w:pPr>
        <w:spacing w:after="60"/>
        <w:rPr>
          <w:lang w:val="pt-BR"/>
        </w:rPr>
      </w:pPr>
      <w:r w:rsidRPr="004A1DA8">
        <w:rPr>
          <w:b/>
          <w:sz w:val="21"/>
          <w:lang w:val="pt-BR"/>
        </w:rPr>
        <w:t>Declaro, para fins do item 5.2 da Chamada, que:</w:t>
      </w:r>
    </w:p>
    <w:p w14:paraId="7815E3A6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SOU participante do NCS Noroeste, com participação assídua nos encontros e atividades do Núcleo.</w:t>
      </w:r>
    </w:p>
    <w:p w14:paraId="7ACB5854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NÃO SOU participante do NCS Noroeste (inscrição em caráter subsidiário, item 5.8.2 da Chamada).</w:t>
      </w:r>
    </w:p>
    <w:p w14:paraId="660886A0" w14:textId="77777777" w:rsidR="00EC2127" w:rsidRPr="004A1DA8" w:rsidRDefault="00EC2127">
      <w:pPr>
        <w:spacing w:after="40"/>
        <w:rPr>
          <w:lang w:val="pt-BR"/>
        </w:rPr>
      </w:pPr>
    </w:p>
    <w:p w14:paraId="3101D1F1" w14:textId="77777777" w:rsidR="00EC2127" w:rsidRPr="004A1DA8" w:rsidRDefault="00284ED5">
      <w:pPr>
        <w:keepNext/>
        <w:spacing w:before="240" w:after="80"/>
        <w:rPr>
          <w:lang w:val="pt-BR"/>
        </w:rPr>
      </w:pPr>
      <w:r w:rsidRPr="004A1DA8">
        <w:rPr>
          <w:b/>
          <w:color w:val="1F3864"/>
          <w:lang w:val="pt-BR"/>
        </w:rPr>
        <w:t>5. DECLARAÇÃO SOBRE PERCEPÇÃO DE OUTRAS BOLSAS</w:t>
      </w:r>
    </w:p>
    <w:p w14:paraId="2DDFC79E" w14:textId="77777777" w:rsidR="00EC2127" w:rsidRPr="004A1DA8" w:rsidRDefault="00284ED5">
      <w:pPr>
        <w:spacing w:after="100"/>
        <w:jc w:val="both"/>
        <w:rPr>
          <w:lang w:val="pt-BR"/>
        </w:rPr>
      </w:pPr>
      <w:r w:rsidRPr="004A1DA8">
        <w:rPr>
          <w:i/>
          <w:sz w:val="19"/>
          <w:lang w:val="pt-BR"/>
        </w:rPr>
        <w:t>Campo declaratório para fins de registro e transparência perante o Convênio (item 5.7 da Chamada). A percepção de outra bolsa não constitui, por si só, impedimento à participação nesta Chamada.</w:t>
      </w:r>
    </w:p>
    <w:p w14:paraId="7CF9D3A8" w14:textId="77777777" w:rsidR="00EC2127" w:rsidRPr="004A1DA8" w:rsidRDefault="00284ED5">
      <w:pPr>
        <w:spacing w:after="60"/>
        <w:rPr>
          <w:lang w:val="pt-BR"/>
        </w:rPr>
      </w:pPr>
      <w:r w:rsidRPr="004A1DA8">
        <w:rPr>
          <w:b/>
          <w:sz w:val="21"/>
          <w:lang w:val="pt-BR"/>
        </w:rPr>
        <w:t>Declaro que, nesta data:</w:t>
      </w:r>
    </w:p>
    <w:p w14:paraId="1739DD61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NÃO sou beneficiário de outra bolsa em nível federal, estadual, municipal ou privado.</w:t>
      </w:r>
    </w:p>
    <w:p w14:paraId="21EE83C5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SOU beneficiário de outra bolsa, conforme informações abaixo:</w:t>
      </w:r>
    </w:p>
    <w:p w14:paraId="5641D284" w14:textId="77777777" w:rsidR="00EC2127" w:rsidRPr="004A1DA8" w:rsidRDefault="00EC2127">
      <w:pPr>
        <w:spacing w:after="40"/>
        <w:rPr>
          <w:lang w:val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61"/>
        <w:gridCol w:w="2381"/>
        <w:gridCol w:w="1701"/>
        <w:gridCol w:w="1701"/>
      </w:tblGrid>
      <w:tr w:rsidR="00EC2127" w14:paraId="14BA431B" w14:textId="77777777">
        <w:trPr>
          <w:jc w:val="center"/>
        </w:trPr>
        <w:tc>
          <w:tcPr>
            <w:tcW w:w="3061" w:type="dxa"/>
            <w:shd w:val="clear" w:color="auto" w:fill="1F3864"/>
          </w:tcPr>
          <w:p w14:paraId="3635E367" w14:textId="77777777" w:rsidR="00EC2127" w:rsidRDefault="00284ED5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 xml:space="preserve">Fonte </w:t>
            </w:r>
            <w:proofErr w:type="spellStart"/>
            <w:r>
              <w:rPr>
                <w:b/>
                <w:color w:val="FFFFFF"/>
                <w:sz w:val="18"/>
              </w:rPr>
              <w:t>pagadora</w:t>
            </w:r>
            <w:proofErr w:type="spellEnd"/>
            <w:r>
              <w:rPr>
                <w:b/>
                <w:color w:val="FFFFFF"/>
                <w:sz w:val="18"/>
              </w:rPr>
              <w:t xml:space="preserve"> / </w:t>
            </w:r>
            <w:proofErr w:type="spellStart"/>
            <w:r>
              <w:rPr>
                <w:b/>
                <w:color w:val="FFFFFF"/>
                <w:sz w:val="18"/>
              </w:rPr>
              <w:t>Instituição</w:t>
            </w:r>
            <w:proofErr w:type="spellEnd"/>
          </w:p>
        </w:tc>
        <w:tc>
          <w:tcPr>
            <w:tcW w:w="2381" w:type="dxa"/>
            <w:shd w:val="clear" w:color="auto" w:fill="1F3864"/>
          </w:tcPr>
          <w:p w14:paraId="4C61AAE7" w14:textId="77777777" w:rsidR="00EC2127" w:rsidRDefault="00284ED5">
            <w:pPr>
              <w:spacing w:before="40" w:after="4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Modalidade</w:t>
            </w:r>
            <w:proofErr w:type="spellEnd"/>
            <w:r>
              <w:rPr>
                <w:b/>
                <w:color w:val="FFFFFF"/>
                <w:sz w:val="18"/>
              </w:rPr>
              <w:t xml:space="preserve"> da </w:t>
            </w:r>
            <w:proofErr w:type="spellStart"/>
            <w:r>
              <w:rPr>
                <w:b/>
                <w:color w:val="FFFFFF"/>
                <w:sz w:val="18"/>
              </w:rPr>
              <w:t>bolsa</w:t>
            </w:r>
            <w:proofErr w:type="spellEnd"/>
          </w:p>
        </w:tc>
        <w:tc>
          <w:tcPr>
            <w:tcW w:w="1701" w:type="dxa"/>
            <w:shd w:val="clear" w:color="auto" w:fill="1F3864"/>
          </w:tcPr>
          <w:p w14:paraId="59E63A81" w14:textId="77777777" w:rsidR="00EC2127" w:rsidRDefault="00284ED5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Valor mensal (R$)</w:t>
            </w:r>
          </w:p>
        </w:tc>
        <w:tc>
          <w:tcPr>
            <w:tcW w:w="1701" w:type="dxa"/>
            <w:shd w:val="clear" w:color="auto" w:fill="1F3864"/>
          </w:tcPr>
          <w:p w14:paraId="705F57DA" w14:textId="77777777" w:rsidR="00EC2127" w:rsidRDefault="00284ED5">
            <w:pPr>
              <w:spacing w:before="40" w:after="4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Vigência</w:t>
            </w:r>
            <w:proofErr w:type="spellEnd"/>
          </w:p>
        </w:tc>
      </w:tr>
      <w:tr w:rsidR="00EC2127" w14:paraId="2DE360EC" w14:textId="77777777">
        <w:trPr>
          <w:jc w:val="center"/>
        </w:trPr>
        <w:tc>
          <w:tcPr>
            <w:tcW w:w="3061" w:type="dxa"/>
            <w:shd w:val="clear" w:color="auto" w:fill="D9E1F2"/>
          </w:tcPr>
          <w:p w14:paraId="48AD0E7E" w14:textId="77777777" w:rsidR="00EC2127" w:rsidRDefault="00EC2127">
            <w:pPr>
              <w:spacing w:before="40" w:after="40"/>
              <w:jc w:val="center"/>
            </w:pPr>
          </w:p>
        </w:tc>
        <w:tc>
          <w:tcPr>
            <w:tcW w:w="2381" w:type="dxa"/>
            <w:shd w:val="clear" w:color="auto" w:fill="D9E1F2"/>
          </w:tcPr>
          <w:p w14:paraId="3211CDA4" w14:textId="77777777" w:rsidR="00EC2127" w:rsidRDefault="00EC2127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700AEC8F" w14:textId="77777777" w:rsidR="00EC2127" w:rsidRDefault="00EC2127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6E221DF0" w14:textId="77777777" w:rsidR="00EC2127" w:rsidRDefault="00EC2127">
            <w:pPr>
              <w:spacing w:before="40" w:after="40"/>
              <w:jc w:val="center"/>
            </w:pPr>
          </w:p>
        </w:tc>
      </w:tr>
      <w:tr w:rsidR="00EC2127" w14:paraId="5216543F" w14:textId="77777777">
        <w:trPr>
          <w:jc w:val="center"/>
        </w:trPr>
        <w:tc>
          <w:tcPr>
            <w:tcW w:w="3061" w:type="dxa"/>
            <w:shd w:val="clear" w:color="auto" w:fill="FFFFFF"/>
          </w:tcPr>
          <w:p w14:paraId="070A0465" w14:textId="77777777" w:rsidR="00EC2127" w:rsidRDefault="00EC2127">
            <w:pPr>
              <w:spacing w:before="40" w:after="40"/>
              <w:jc w:val="center"/>
            </w:pPr>
          </w:p>
        </w:tc>
        <w:tc>
          <w:tcPr>
            <w:tcW w:w="2381" w:type="dxa"/>
            <w:shd w:val="clear" w:color="auto" w:fill="FFFFFF"/>
          </w:tcPr>
          <w:p w14:paraId="2657552F" w14:textId="77777777" w:rsidR="00EC2127" w:rsidRDefault="00EC2127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7F6BB247" w14:textId="77777777" w:rsidR="00EC2127" w:rsidRDefault="00EC2127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61A35590" w14:textId="77777777" w:rsidR="00EC2127" w:rsidRDefault="00EC2127">
            <w:pPr>
              <w:spacing w:before="40" w:after="40"/>
              <w:jc w:val="center"/>
            </w:pPr>
          </w:p>
        </w:tc>
      </w:tr>
    </w:tbl>
    <w:p w14:paraId="3DAAD40C" w14:textId="77777777" w:rsidR="00EC2127" w:rsidRDefault="00EC2127">
      <w:pPr>
        <w:spacing w:after="60"/>
      </w:pPr>
    </w:p>
    <w:p w14:paraId="5D959E0F" w14:textId="77777777" w:rsidR="00EC2127" w:rsidRPr="004A1DA8" w:rsidRDefault="00284ED5">
      <w:pPr>
        <w:keepNext/>
        <w:spacing w:before="240" w:after="80"/>
        <w:rPr>
          <w:lang w:val="pt-BR"/>
        </w:rPr>
      </w:pPr>
      <w:r w:rsidRPr="004A1DA8">
        <w:rPr>
          <w:b/>
          <w:color w:val="1F3864"/>
          <w:lang w:val="pt-BR"/>
        </w:rPr>
        <w:t>6. DOCUMENTOS ANEXADOS (item 6.1 da Chamada)</w:t>
      </w:r>
    </w:p>
    <w:p w14:paraId="4FDD8D26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Cópia do RG e do CPF;</w:t>
      </w:r>
    </w:p>
    <w:p w14:paraId="017CD3A2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Comprovante de vínculo docente com a UNESPAR – Campus de Paranavaí, com indicação do regime de trabalho;</w:t>
      </w:r>
    </w:p>
    <w:p w14:paraId="2CCFA5C0" w14:textId="77777777" w:rsidR="00EC2127" w:rsidRPr="004A1DA8" w:rsidRDefault="00284ED5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Currículo Lattes atualizado (últimos 3 anos);</w:t>
      </w:r>
    </w:p>
    <w:p w14:paraId="3ADBAEE1" w14:textId="34F3F554" w:rsidR="00EC2127" w:rsidRPr="004A1DA8" w:rsidRDefault="00284ED5">
      <w:pPr>
        <w:spacing w:after="60"/>
        <w:ind w:left="227"/>
        <w:rPr>
          <w:sz w:val="21"/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Declaração de Participação no NCS Noroeste (Anexo </w:t>
      </w:r>
      <w:r w:rsidR="006C2AEE">
        <w:rPr>
          <w:sz w:val="21"/>
          <w:lang w:val="pt-BR"/>
        </w:rPr>
        <w:t>III</w:t>
      </w:r>
      <w:r w:rsidRPr="004A1DA8">
        <w:rPr>
          <w:sz w:val="21"/>
          <w:lang w:val="pt-BR"/>
        </w:rPr>
        <w:t>) e/ou atas, listas de presença ou registros fotográficos.</w:t>
      </w:r>
    </w:p>
    <w:p w14:paraId="27B4DAE5" w14:textId="0E1770E9" w:rsidR="004A1DA8" w:rsidRPr="004A1DA8" w:rsidRDefault="004A1DA8" w:rsidP="004A1DA8">
      <w:pPr>
        <w:spacing w:after="60"/>
        <w:ind w:left="227"/>
        <w:rPr>
          <w:lang w:val="pt-BR"/>
        </w:rPr>
      </w:pPr>
      <w:proofErr w:type="gramStart"/>
      <w:r w:rsidRPr="004A1DA8">
        <w:rPr>
          <w:sz w:val="21"/>
          <w:lang w:val="pt-BR"/>
        </w:rPr>
        <w:t xml:space="preserve">(  </w:t>
      </w:r>
      <w:proofErr w:type="gramEnd"/>
      <w:r w:rsidRPr="004A1DA8">
        <w:rPr>
          <w:sz w:val="21"/>
          <w:lang w:val="pt-BR"/>
        </w:rPr>
        <w:t xml:space="preserve"> </w:t>
      </w:r>
      <w:proofErr w:type="gramStart"/>
      <w:r w:rsidRPr="004A1DA8">
        <w:rPr>
          <w:sz w:val="21"/>
          <w:lang w:val="pt-BR"/>
        </w:rPr>
        <w:t xml:space="preserve">  )</w:t>
      </w:r>
      <w:proofErr w:type="gramEnd"/>
      <w:r w:rsidRPr="004A1DA8">
        <w:rPr>
          <w:sz w:val="21"/>
          <w:lang w:val="pt-BR"/>
        </w:rPr>
        <w:t xml:space="preserve">  </w:t>
      </w:r>
      <w:r w:rsidR="00106B3D" w:rsidRPr="00106B3D">
        <w:rPr>
          <w:sz w:val="21"/>
          <w:lang w:val="pt-BR"/>
        </w:rPr>
        <w:t>Tabela de Pontuação para Avaliação e Seleção de Docentes Bolsistas Coordenadores</w:t>
      </w:r>
      <w:r w:rsidR="00106B3D">
        <w:rPr>
          <w:sz w:val="21"/>
          <w:lang w:val="pt-BR"/>
        </w:rPr>
        <w:t xml:space="preserve"> (</w:t>
      </w:r>
      <w:r w:rsidR="00106B3D" w:rsidRPr="00106B3D">
        <w:rPr>
          <w:sz w:val="21"/>
          <w:lang w:val="pt-BR"/>
        </w:rPr>
        <w:t xml:space="preserve">Anexo </w:t>
      </w:r>
      <w:r w:rsidR="006C2AEE">
        <w:rPr>
          <w:sz w:val="21"/>
          <w:lang w:val="pt-BR"/>
        </w:rPr>
        <w:t>I</w:t>
      </w:r>
      <w:r w:rsidR="00106B3D" w:rsidRPr="00106B3D">
        <w:rPr>
          <w:sz w:val="21"/>
          <w:lang w:val="pt-BR"/>
        </w:rPr>
        <w:t>V</w:t>
      </w:r>
      <w:r w:rsidR="00106B3D">
        <w:rPr>
          <w:sz w:val="21"/>
          <w:lang w:val="pt-BR"/>
        </w:rPr>
        <w:t>)</w:t>
      </w:r>
      <w:r w:rsidRPr="004A1DA8">
        <w:rPr>
          <w:sz w:val="21"/>
          <w:lang w:val="pt-BR"/>
        </w:rPr>
        <w:t>.</w:t>
      </w:r>
    </w:p>
    <w:p w14:paraId="44183B84" w14:textId="77777777" w:rsidR="004A1DA8" w:rsidRPr="004A1DA8" w:rsidRDefault="004A1DA8">
      <w:pPr>
        <w:spacing w:after="60"/>
        <w:ind w:left="227"/>
        <w:rPr>
          <w:lang w:val="pt-BR"/>
        </w:rPr>
      </w:pPr>
    </w:p>
    <w:p w14:paraId="1A89F14E" w14:textId="77777777" w:rsidR="00EC2127" w:rsidRPr="004A1DA8" w:rsidRDefault="00284ED5">
      <w:pPr>
        <w:keepNext/>
        <w:spacing w:before="240" w:after="80"/>
        <w:rPr>
          <w:lang w:val="pt-BR"/>
        </w:rPr>
      </w:pPr>
      <w:r w:rsidRPr="004A1DA8">
        <w:rPr>
          <w:b/>
          <w:color w:val="1F3864"/>
          <w:lang w:val="pt-BR"/>
        </w:rPr>
        <w:t>7. DECLARAÇÃO DO CANDIDATO</w:t>
      </w:r>
    </w:p>
    <w:p w14:paraId="38FAF250" w14:textId="3370131C" w:rsidR="00EC2127" w:rsidRPr="004A1DA8" w:rsidRDefault="00284ED5">
      <w:pPr>
        <w:spacing w:after="160"/>
        <w:jc w:val="both"/>
        <w:rPr>
          <w:lang w:val="pt-BR"/>
        </w:rPr>
      </w:pPr>
      <w:r w:rsidRPr="004A1DA8">
        <w:rPr>
          <w:lang w:val="pt-BR"/>
        </w:rPr>
        <w:t>Declaro que li e aceito integralmente os termos da Chamada Interna nº 0</w:t>
      </w:r>
      <w:r w:rsidR="007E507D">
        <w:rPr>
          <w:lang w:val="pt-BR"/>
        </w:rPr>
        <w:t>4</w:t>
      </w:r>
      <w:r w:rsidRPr="004A1DA8">
        <w:rPr>
          <w:lang w:val="pt-BR"/>
        </w:rPr>
        <w:t>/2026, que as informações prestadas neste formulário são verdadeiras e de minha inteira responsabilidade, e que tenho ciência de que a concessão da bolsa não gera vínculo empregatício com a Fundação FAFIPA ou com a Itaipu Binacional, bem como de que o pagamento das parcelas está condicionado à entrega do relatório mensal de atividades e à efetiva disponibilidade de repasse dos recursos do Convênio.</w:t>
      </w:r>
    </w:p>
    <w:p w14:paraId="0E2EAAA7" w14:textId="77777777" w:rsidR="00EC2127" w:rsidRPr="004A1DA8" w:rsidRDefault="00284ED5">
      <w:pPr>
        <w:spacing w:after="80"/>
        <w:rPr>
          <w:lang w:val="pt-BR"/>
        </w:rPr>
      </w:pPr>
      <w:r w:rsidRPr="004A1DA8">
        <w:rPr>
          <w:lang w:val="pt-BR"/>
        </w:rPr>
        <w:t xml:space="preserve">Paranavaí, ______ de ____________________ </w:t>
      </w:r>
      <w:proofErr w:type="spellStart"/>
      <w:r w:rsidRPr="004A1DA8">
        <w:rPr>
          <w:lang w:val="pt-BR"/>
        </w:rPr>
        <w:t>de</w:t>
      </w:r>
      <w:proofErr w:type="spellEnd"/>
      <w:r w:rsidRPr="004A1DA8">
        <w:rPr>
          <w:lang w:val="pt-BR"/>
        </w:rPr>
        <w:t xml:space="preserve"> 2026.</w:t>
      </w:r>
    </w:p>
    <w:p w14:paraId="2F557600" w14:textId="77777777" w:rsidR="00EC2127" w:rsidRPr="004A1DA8" w:rsidRDefault="00284ED5">
      <w:pPr>
        <w:spacing w:before="480" w:after="0"/>
        <w:jc w:val="center"/>
        <w:rPr>
          <w:lang w:val="pt-BR"/>
        </w:rPr>
      </w:pPr>
      <w:r w:rsidRPr="004A1DA8">
        <w:rPr>
          <w:sz w:val="21"/>
          <w:lang w:val="pt-BR"/>
        </w:rPr>
        <w:t>__________________________________________________________</w:t>
      </w:r>
    </w:p>
    <w:p w14:paraId="7C9CB3B7" w14:textId="77777777" w:rsidR="00EC2127" w:rsidRPr="004A1DA8" w:rsidRDefault="00284ED5">
      <w:pPr>
        <w:spacing w:after="0"/>
        <w:jc w:val="center"/>
        <w:rPr>
          <w:lang w:val="pt-BR"/>
        </w:rPr>
      </w:pPr>
      <w:r w:rsidRPr="004A1DA8">
        <w:rPr>
          <w:b/>
          <w:sz w:val="21"/>
          <w:lang w:val="pt-BR"/>
        </w:rPr>
        <w:t>Assinatura do Candidato</w:t>
      </w:r>
    </w:p>
    <w:p w14:paraId="22A76BE4" w14:textId="237499A1" w:rsidR="00EC2127" w:rsidRDefault="00284ED5">
      <w:pPr>
        <w:spacing w:after="40"/>
        <w:jc w:val="center"/>
      </w:pPr>
      <w:r>
        <w:rPr>
          <w:sz w:val="21"/>
        </w:rPr>
        <w:t>Nome: ______________________________________</w:t>
      </w:r>
    </w:p>
    <w:sectPr w:rsidR="00EC2127" w:rsidSect="00034616">
      <w:headerReference w:type="default" r:id="rId8"/>
      <w:pgSz w:w="11906" w:h="16838"/>
      <w:pgMar w:top="794" w:right="1304" w:bottom="1020" w:left="130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F553" w14:textId="77777777" w:rsidR="00E731D5" w:rsidRDefault="00E731D5">
      <w:pPr>
        <w:spacing w:after="0" w:line="240" w:lineRule="auto"/>
      </w:pPr>
      <w:r>
        <w:separator/>
      </w:r>
    </w:p>
  </w:endnote>
  <w:endnote w:type="continuationSeparator" w:id="0">
    <w:p w14:paraId="0BA010BC" w14:textId="77777777" w:rsidR="00E731D5" w:rsidRDefault="00E7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C841" w14:textId="77777777" w:rsidR="00E731D5" w:rsidRDefault="00E731D5">
      <w:pPr>
        <w:spacing w:after="0" w:line="240" w:lineRule="auto"/>
      </w:pPr>
      <w:r>
        <w:separator/>
      </w:r>
    </w:p>
  </w:footnote>
  <w:footnote w:type="continuationSeparator" w:id="0">
    <w:p w14:paraId="344EDBD7" w14:textId="77777777" w:rsidR="00E731D5" w:rsidRDefault="00E73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E3E8" w14:textId="77777777" w:rsidR="00EC2127" w:rsidRDefault="00284ED5">
    <w:pPr>
      <w:pStyle w:val="Cabealho"/>
      <w:spacing w:after="40"/>
      <w:jc w:val="center"/>
    </w:pPr>
    <w:r>
      <w:rPr>
        <w:noProof/>
      </w:rPr>
      <w:drawing>
        <wp:inline distT="0" distB="0" distL="0" distR="0" wp14:anchorId="7619BDC8" wp14:editId="54929EDC">
          <wp:extent cx="5903999" cy="11376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03999" cy="1137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2284678">
    <w:abstractNumId w:val="8"/>
  </w:num>
  <w:num w:numId="2" w16cid:durableId="1331369236">
    <w:abstractNumId w:val="6"/>
  </w:num>
  <w:num w:numId="3" w16cid:durableId="1601572750">
    <w:abstractNumId w:val="5"/>
  </w:num>
  <w:num w:numId="4" w16cid:durableId="1906574020">
    <w:abstractNumId w:val="4"/>
  </w:num>
  <w:num w:numId="5" w16cid:durableId="1448819122">
    <w:abstractNumId w:val="7"/>
  </w:num>
  <w:num w:numId="6" w16cid:durableId="1518958784">
    <w:abstractNumId w:val="3"/>
  </w:num>
  <w:num w:numId="7" w16cid:durableId="988288371">
    <w:abstractNumId w:val="2"/>
  </w:num>
  <w:num w:numId="8" w16cid:durableId="1868833642">
    <w:abstractNumId w:val="1"/>
  </w:num>
  <w:num w:numId="9" w16cid:durableId="28620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6B3D"/>
    <w:rsid w:val="0015074B"/>
    <w:rsid w:val="001A7E3E"/>
    <w:rsid w:val="00284ED5"/>
    <w:rsid w:val="0029639D"/>
    <w:rsid w:val="00326F90"/>
    <w:rsid w:val="0035410F"/>
    <w:rsid w:val="004A1DA8"/>
    <w:rsid w:val="00606C68"/>
    <w:rsid w:val="00614F88"/>
    <w:rsid w:val="006C2AEE"/>
    <w:rsid w:val="007E507D"/>
    <w:rsid w:val="008E2064"/>
    <w:rsid w:val="008F1751"/>
    <w:rsid w:val="00A3244C"/>
    <w:rsid w:val="00AA1D8D"/>
    <w:rsid w:val="00AC1741"/>
    <w:rsid w:val="00AC2A94"/>
    <w:rsid w:val="00B47730"/>
    <w:rsid w:val="00C731D7"/>
    <w:rsid w:val="00CB0664"/>
    <w:rsid w:val="00E731D5"/>
    <w:rsid w:val="00EC21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64F6CDB-50A8-434A-B24A-A8FC66BB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Marcos.Paulo - Unespar Paranavaí</cp:lastModifiedBy>
  <cp:revision>11</cp:revision>
  <dcterms:created xsi:type="dcterms:W3CDTF">2013-12-23T23:15:00Z</dcterms:created>
  <dcterms:modified xsi:type="dcterms:W3CDTF">2026-07-28T19:48:00Z</dcterms:modified>
  <cp:category/>
</cp:coreProperties>
</file>