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1C5A" w14:textId="77777777" w:rsidR="00163A60" w:rsidRPr="00387E45" w:rsidRDefault="00837146">
      <w:pPr>
        <w:spacing w:after="40"/>
        <w:jc w:val="center"/>
        <w:rPr>
          <w:lang w:val="pt-BR"/>
        </w:rPr>
      </w:pPr>
      <w:r w:rsidRPr="00387E45">
        <w:rPr>
          <w:b/>
          <w:color w:val="1F3864"/>
          <w:sz w:val="26"/>
          <w:lang w:val="pt-BR"/>
        </w:rPr>
        <w:t>ANEXO II — RELATÓRIO MENSAL DE ATIVIDADES</w:t>
      </w:r>
    </w:p>
    <w:p w14:paraId="06A175BA" w14:textId="78920F1A" w:rsidR="00163A60" w:rsidRPr="00387E45" w:rsidRDefault="00837146">
      <w:pPr>
        <w:spacing w:after="80"/>
        <w:jc w:val="center"/>
        <w:rPr>
          <w:lang w:val="pt-BR"/>
        </w:rPr>
      </w:pPr>
      <w:r w:rsidRPr="00387E45">
        <w:rPr>
          <w:b/>
          <w:sz w:val="20"/>
          <w:lang w:val="pt-BR"/>
        </w:rPr>
        <w:t>CHAMADA INTERNA Nº 0</w:t>
      </w:r>
      <w:r w:rsidR="007415CA">
        <w:rPr>
          <w:b/>
          <w:sz w:val="20"/>
          <w:lang w:val="pt-BR"/>
        </w:rPr>
        <w:t>4</w:t>
      </w:r>
      <w:r w:rsidRPr="00387E45">
        <w:rPr>
          <w:b/>
          <w:sz w:val="20"/>
          <w:lang w:val="pt-BR"/>
        </w:rPr>
        <w:t>/2026 — BOLSAS DE COORDENAÇÃO (DOCENTES)</w:t>
      </w:r>
      <w:r w:rsidRPr="00387E45">
        <w:rPr>
          <w:b/>
          <w:sz w:val="20"/>
          <w:lang w:val="pt-BR"/>
        </w:rPr>
        <w:br/>
        <w:t>PROJETO ECO NOROESTE</w:t>
      </w:r>
    </w:p>
    <w:p w14:paraId="7B2E098E" w14:textId="77777777" w:rsidR="00163A60" w:rsidRDefault="00837146">
      <w:pPr>
        <w:spacing w:after="160"/>
        <w:jc w:val="center"/>
      </w:pPr>
      <w:r>
        <w:rPr>
          <w:i/>
          <w:color w:val="555555"/>
          <w:sz w:val="18"/>
        </w:rPr>
        <w:t>Convênio ITAIPU nº 4500084374 — NCS Noroeste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298"/>
      </w:tblGrid>
      <w:tr w:rsidR="00163A60" w:rsidRPr="00586412" w14:paraId="74413DC0" w14:textId="77777777">
        <w:trPr>
          <w:jc w:val="center"/>
        </w:trPr>
        <w:tc>
          <w:tcPr>
            <w:tcW w:w="9298" w:type="dxa"/>
            <w:shd w:val="clear" w:color="auto" w:fill="F2F2F2"/>
          </w:tcPr>
          <w:p w14:paraId="30317423" w14:textId="77777777" w:rsidR="00163A60" w:rsidRPr="00387E45" w:rsidRDefault="00837146">
            <w:pPr>
              <w:spacing w:before="60" w:after="60"/>
              <w:jc w:val="both"/>
              <w:rPr>
                <w:lang w:val="pt-BR"/>
              </w:rPr>
            </w:pPr>
            <w:r w:rsidRPr="00387E45">
              <w:rPr>
                <w:i/>
                <w:sz w:val="19"/>
                <w:lang w:val="pt-BR"/>
              </w:rPr>
              <w:t>Documento obrigatório para liberação da parcela mensal (itens 10.2 e 13.1 da Chamada). Deve ser enviado até o 5º (quinto) dia útil do mês subsequente para chamadas_internas@fundacaofafipa.org.br, assinado pelo bolsista e pelo Gestor Geral do Projeto. O relatório deve reportar EXCLUSIVAMENTE ações do PGP vinculadas ao eixo do bolsista (item 3.3 da Chamada).</w:t>
            </w:r>
          </w:p>
        </w:tc>
      </w:tr>
    </w:tbl>
    <w:p w14:paraId="05EAE331" w14:textId="77777777" w:rsidR="00163A60" w:rsidRPr="00387E45" w:rsidRDefault="00163A60">
      <w:pPr>
        <w:spacing w:after="120"/>
        <w:rPr>
          <w:lang w:val="pt-BR"/>
        </w:rPr>
      </w:pPr>
    </w:p>
    <w:p w14:paraId="1F1A8CC5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1. IDENTIFICAÇÃO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163A60" w14:paraId="29BA1B60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58971D5C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Nome do bolsista</w:t>
            </w:r>
          </w:p>
        </w:tc>
        <w:tc>
          <w:tcPr>
            <w:tcW w:w="6236" w:type="dxa"/>
          </w:tcPr>
          <w:p w14:paraId="384E2A50" w14:textId="77777777" w:rsidR="00163A60" w:rsidRDefault="00163A60">
            <w:pPr>
              <w:spacing w:before="60" w:after="60"/>
            </w:pPr>
          </w:p>
        </w:tc>
      </w:tr>
      <w:tr w:rsidR="00163A60" w14:paraId="517F86CD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63B90352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6236" w:type="dxa"/>
          </w:tcPr>
          <w:p w14:paraId="4BC14BA3" w14:textId="77777777" w:rsidR="00163A60" w:rsidRDefault="00163A60">
            <w:pPr>
              <w:spacing w:before="60" w:after="60"/>
            </w:pPr>
          </w:p>
        </w:tc>
      </w:tr>
      <w:tr w:rsidR="00163A60" w14:paraId="54EAEBE6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24635777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Eixo de coordenação</w:t>
            </w:r>
          </w:p>
        </w:tc>
        <w:tc>
          <w:tcPr>
            <w:tcW w:w="6236" w:type="dxa"/>
          </w:tcPr>
          <w:p w14:paraId="121F46C7" w14:textId="77777777" w:rsidR="00163A60" w:rsidRDefault="00163A60">
            <w:pPr>
              <w:spacing w:before="60" w:after="60"/>
            </w:pPr>
          </w:p>
        </w:tc>
      </w:tr>
      <w:tr w:rsidR="00163A60" w14:paraId="5A480128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5368CBD1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Mês/ano de referência</w:t>
            </w:r>
          </w:p>
        </w:tc>
        <w:tc>
          <w:tcPr>
            <w:tcW w:w="6236" w:type="dxa"/>
          </w:tcPr>
          <w:p w14:paraId="765FF507" w14:textId="77777777" w:rsidR="00163A60" w:rsidRDefault="00163A60">
            <w:pPr>
              <w:spacing w:before="60" w:after="60"/>
            </w:pPr>
          </w:p>
        </w:tc>
      </w:tr>
      <w:tr w:rsidR="00163A60" w14:paraId="70F18027" w14:textId="77777777">
        <w:trPr>
          <w:jc w:val="center"/>
        </w:trPr>
        <w:tc>
          <w:tcPr>
            <w:tcW w:w="2835" w:type="dxa"/>
            <w:shd w:val="clear" w:color="auto" w:fill="D9E1F2"/>
          </w:tcPr>
          <w:p w14:paraId="17613FDD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Nº de parcela (1 a 12)</w:t>
            </w:r>
          </w:p>
        </w:tc>
        <w:tc>
          <w:tcPr>
            <w:tcW w:w="6236" w:type="dxa"/>
          </w:tcPr>
          <w:p w14:paraId="08DBBD15" w14:textId="77777777" w:rsidR="00163A60" w:rsidRDefault="00163A60">
            <w:pPr>
              <w:spacing w:before="60" w:after="60"/>
            </w:pPr>
          </w:p>
        </w:tc>
      </w:tr>
    </w:tbl>
    <w:p w14:paraId="7BCE5AD7" w14:textId="77777777" w:rsidR="00163A60" w:rsidRDefault="00163A60">
      <w:pPr>
        <w:spacing w:after="80"/>
      </w:pPr>
    </w:p>
    <w:p w14:paraId="367FE1EB" w14:textId="77777777" w:rsidR="00163A60" w:rsidRPr="00387E45" w:rsidRDefault="00837146">
      <w:pPr>
        <w:keepNext/>
        <w:spacing w:before="240" w:after="80"/>
        <w:rPr>
          <w:lang w:val="pt-BR"/>
        </w:rPr>
      </w:pPr>
      <w:r w:rsidRPr="00387E45">
        <w:rPr>
          <w:b/>
          <w:color w:val="1F3864"/>
          <w:lang w:val="pt-BR"/>
        </w:rPr>
        <w:t>2. EXECUÇÃO POR AÇÃO DO PGP NO PERÍODO</w:t>
      </w:r>
    </w:p>
    <w:p w14:paraId="630AB8EE" w14:textId="77777777" w:rsidR="00163A60" w:rsidRPr="00387E45" w:rsidRDefault="00837146">
      <w:pPr>
        <w:spacing w:after="100"/>
        <w:jc w:val="both"/>
        <w:rPr>
          <w:lang w:val="pt-BR"/>
        </w:rPr>
      </w:pPr>
      <w:r w:rsidRPr="00387E45">
        <w:rPr>
          <w:i/>
          <w:sz w:val="19"/>
          <w:lang w:val="pt-BR"/>
        </w:rPr>
        <w:t>Preencher APENAS o quadro correspondente ao eixo do bolsista. Para cada ação, informar o que foi executado no mês, a situação e o percentual acumulado em relação à meta física.</w:t>
      </w:r>
    </w:p>
    <w:p w14:paraId="2D656405" w14:textId="77777777" w:rsidR="00163A60" w:rsidRDefault="00837146">
      <w:pPr>
        <w:spacing w:before="160" w:after="60"/>
      </w:pPr>
      <w:r>
        <w:rPr>
          <w:b/>
          <w:color w:val="1F3864"/>
          <w:sz w:val="21"/>
        </w:rPr>
        <w:t>2.1  EIXO GESTÃO (EIXO TRANSVERSAL)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948"/>
        <w:gridCol w:w="3175"/>
        <w:gridCol w:w="1304"/>
        <w:gridCol w:w="907"/>
      </w:tblGrid>
      <w:tr w:rsidR="00163A60" w14:paraId="4B17AB6A" w14:textId="77777777">
        <w:trPr>
          <w:jc w:val="center"/>
        </w:trPr>
        <w:tc>
          <w:tcPr>
            <w:tcW w:w="737" w:type="dxa"/>
            <w:shd w:val="clear" w:color="auto" w:fill="1F3864"/>
          </w:tcPr>
          <w:p w14:paraId="25BADA53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Ação</w:t>
            </w:r>
          </w:p>
        </w:tc>
        <w:tc>
          <w:tcPr>
            <w:tcW w:w="2948" w:type="dxa"/>
            <w:shd w:val="clear" w:color="auto" w:fill="1F3864"/>
          </w:tcPr>
          <w:p w14:paraId="0C567913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6"/>
                <w:lang w:val="pt-BR"/>
              </w:rPr>
              <w:t>Denominação e meta física (PGP)</w:t>
            </w:r>
          </w:p>
        </w:tc>
        <w:tc>
          <w:tcPr>
            <w:tcW w:w="3175" w:type="dxa"/>
            <w:shd w:val="clear" w:color="auto" w:fill="1F3864"/>
          </w:tcPr>
          <w:p w14:paraId="6C6F75FD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Executado no mês (descrever)</w:t>
            </w:r>
          </w:p>
        </w:tc>
        <w:tc>
          <w:tcPr>
            <w:tcW w:w="1304" w:type="dxa"/>
            <w:shd w:val="clear" w:color="auto" w:fill="1F3864"/>
          </w:tcPr>
          <w:p w14:paraId="0B0E4B92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Situação</w:t>
            </w:r>
          </w:p>
        </w:tc>
        <w:tc>
          <w:tcPr>
            <w:tcW w:w="907" w:type="dxa"/>
            <w:shd w:val="clear" w:color="auto" w:fill="1F3864"/>
          </w:tcPr>
          <w:p w14:paraId="3E75DFCE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% acum.</w:t>
            </w:r>
          </w:p>
        </w:tc>
      </w:tr>
      <w:tr w:rsidR="00163A60" w:rsidRPr="00387E45" w14:paraId="51EB0A9F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6617E995" w14:textId="7BDEE508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3E68DE6F" w14:textId="7A2BC2D8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582A11FA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610092DD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6E0F0977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387E45" w14:paraId="6ED36C7E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41036149" w14:textId="3579E7F5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39B7FA19" w14:textId="31055AD2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62025CFC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0FB60977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5595CC82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387E45" w14:paraId="46DAF0DA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3FF612BD" w14:textId="29E1A0E5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5E39A4F7" w14:textId="20C4684A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647A7C6F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4A048CF5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2BA07CA8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387E45" w14:paraId="519B49E6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5856C165" w14:textId="50FEA1E5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1346369B" w14:textId="4FE64C01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07A995E7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0FE87E3C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653F89EE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387E45" w14:paraId="1932C227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4D6EDF9C" w14:textId="32C30565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31854275" w14:textId="5395BEBC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605353B9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77BFDC83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167B748B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</w:tbl>
    <w:p w14:paraId="4B4F1AD9" w14:textId="77777777" w:rsidR="00163A60" w:rsidRDefault="00837146">
      <w:pPr>
        <w:spacing w:before="160" w:after="60"/>
      </w:pPr>
      <w:r>
        <w:rPr>
          <w:b/>
          <w:color w:val="1F3864"/>
          <w:sz w:val="21"/>
        </w:rPr>
        <w:t>2.2  EIXO AMBIENTAL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948"/>
        <w:gridCol w:w="3175"/>
        <w:gridCol w:w="1304"/>
        <w:gridCol w:w="907"/>
      </w:tblGrid>
      <w:tr w:rsidR="00163A60" w14:paraId="35CA1112" w14:textId="77777777">
        <w:trPr>
          <w:jc w:val="center"/>
        </w:trPr>
        <w:tc>
          <w:tcPr>
            <w:tcW w:w="737" w:type="dxa"/>
            <w:shd w:val="clear" w:color="auto" w:fill="1F3864"/>
          </w:tcPr>
          <w:p w14:paraId="34C5D804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Ação</w:t>
            </w:r>
          </w:p>
        </w:tc>
        <w:tc>
          <w:tcPr>
            <w:tcW w:w="2948" w:type="dxa"/>
            <w:shd w:val="clear" w:color="auto" w:fill="1F3864"/>
          </w:tcPr>
          <w:p w14:paraId="24FCDB7C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6"/>
                <w:lang w:val="pt-BR"/>
              </w:rPr>
              <w:t>Denominação e meta física (PGP)</w:t>
            </w:r>
          </w:p>
        </w:tc>
        <w:tc>
          <w:tcPr>
            <w:tcW w:w="3175" w:type="dxa"/>
            <w:shd w:val="clear" w:color="auto" w:fill="1F3864"/>
          </w:tcPr>
          <w:p w14:paraId="137CE935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Executado no mês (descrever)</w:t>
            </w:r>
          </w:p>
        </w:tc>
        <w:tc>
          <w:tcPr>
            <w:tcW w:w="1304" w:type="dxa"/>
            <w:shd w:val="clear" w:color="auto" w:fill="1F3864"/>
          </w:tcPr>
          <w:p w14:paraId="3A0B62D5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Situação</w:t>
            </w:r>
          </w:p>
        </w:tc>
        <w:tc>
          <w:tcPr>
            <w:tcW w:w="907" w:type="dxa"/>
            <w:shd w:val="clear" w:color="auto" w:fill="1F3864"/>
          </w:tcPr>
          <w:p w14:paraId="61DB514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% acum.</w:t>
            </w:r>
          </w:p>
        </w:tc>
      </w:tr>
      <w:tr w:rsidR="00163A60" w:rsidRPr="00586412" w14:paraId="1DEDA14E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23FDB82E" w14:textId="294AB132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578F91FA" w14:textId="7EB2B806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39E018C9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65239F40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22A137FD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69EBAC4B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4051F03F" w14:textId="14CA74F0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227A8298" w14:textId="317C9E1C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50F0D5AA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4241A96F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6C0DD685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2BDDB0C6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113D9C61" w14:textId="0AEB69F8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03A4F4A2" w14:textId="35F4C9B8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6A499196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2363242D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2D6F8F6A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3AB8BADF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72D3588B" w14:textId="19DB678A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30F8CAAD" w14:textId="044D0592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53842431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0F6D415F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6D719D9E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79DAC629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5BE5DC3F" w14:textId="0FF2E091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1C3F318F" w14:textId="111FE723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3F5CF82A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6CA94C74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35E6FF3E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</w:tbl>
    <w:p w14:paraId="58F10E86" w14:textId="77777777" w:rsidR="00163A60" w:rsidRDefault="00837146">
      <w:pPr>
        <w:spacing w:before="160" w:after="60"/>
      </w:pPr>
      <w:r>
        <w:rPr>
          <w:b/>
          <w:color w:val="1F3864"/>
          <w:sz w:val="21"/>
        </w:rPr>
        <w:t>2.3  EIXO SOCIAL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948"/>
        <w:gridCol w:w="3175"/>
        <w:gridCol w:w="1304"/>
        <w:gridCol w:w="907"/>
      </w:tblGrid>
      <w:tr w:rsidR="00163A60" w14:paraId="4FB9F227" w14:textId="77777777">
        <w:trPr>
          <w:jc w:val="center"/>
        </w:trPr>
        <w:tc>
          <w:tcPr>
            <w:tcW w:w="737" w:type="dxa"/>
            <w:shd w:val="clear" w:color="auto" w:fill="1F3864"/>
          </w:tcPr>
          <w:p w14:paraId="32C71FCB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Ação</w:t>
            </w:r>
          </w:p>
        </w:tc>
        <w:tc>
          <w:tcPr>
            <w:tcW w:w="2948" w:type="dxa"/>
            <w:shd w:val="clear" w:color="auto" w:fill="1F3864"/>
          </w:tcPr>
          <w:p w14:paraId="1C1B84EB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6"/>
                <w:lang w:val="pt-BR"/>
              </w:rPr>
              <w:t>Denominação e meta física (PGP)</w:t>
            </w:r>
          </w:p>
        </w:tc>
        <w:tc>
          <w:tcPr>
            <w:tcW w:w="3175" w:type="dxa"/>
            <w:shd w:val="clear" w:color="auto" w:fill="1F3864"/>
          </w:tcPr>
          <w:p w14:paraId="66C6DA80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Executado no mês (descrever)</w:t>
            </w:r>
          </w:p>
        </w:tc>
        <w:tc>
          <w:tcPr>
            <w:tcW w:w="1304" w:type="dxa"/>
            <w:shd w:val="clear" w:color="auto" w:fill="1F3864"/>
          </w:tcPr>
          <w:p w14:paraId="75B94400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Situação</w:t>
            </w:r>
          </w:p>
        </w:tc>
        <w:tc>
          <w:tcPr>
            <w:tcW w:w="907" w:type="dxa"/>
            <w:shd w:val="clear" w:color="auto" w:fill="1F3864"/>
          </w:tcPr>
          <w:p w14:paraId="5F72BC9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% acum.</w:t>
            </w:r>
          </w:p>
        </w:tc>
      </w:tr>
      <w:tr w:rsidR="00163A60" w:rsidRPr="00586412" w14:paraId="53E56936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2B8BA154" w14:textId="07C1026E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26B8E138" w14:textId="739DCCA6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1DA4E2AF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59991609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60EF3587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7453B32A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23022F69" w14:textId="5D85360C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25E18D1D" w14:textId="1286EED6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58EF4D54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6F766767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2C69DD18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0669FA6F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4A0D3D1B" w14:textId="2DF5D963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78EE0F8B" w14:textId="5A774DF0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5FD7466C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60B5920C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30B0B705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C03B4B" w:rsidRPr="00586412" w14:paraId="782036F5" w14:textId="77777777" w:rsidTr="00C03B4B">
        <w:trPr>
          <w:jc w:val="center"/>
        </w:trPr>
        <w:tc>
          <w:tcPr>
            <w:tcW w:w="737" w:type="dxa"/>
          </w:tcPr>
          <w:p w14:paraId="749948FF" w14:textId="77777777" w:rsidR="00C03B4B" w:rsidRDefault="00C03B4B" w:rsidP="00C03B4B">
            <w:pPr>
              <w:spacing w:before="40" w:after="40"/>
              <w:jc w:val="center"/>
            </w:pPr>
          </w:p>
        </w:tc>
        <w:tc>
          <w:tcPr>
            <w:tcW w:w="2948" w:type="dxa"/>
          </w:tcPr>
          <w:p w14:paraId="379265C5" w14:textId="77777777" w:rsidR="00C03B4B" w:rsidRPr="00387E45" w:rsidRDefault="00C03B4B" w:rsidP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</w:tcPr>
          <w:p w14:paraId="065713DB" w14:textId="77777777" w:rsidR="00C03B4B" w:rsidRPr="00387E45" w:rsidRDefault="00C03B4B" w:rsidP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</w:tcPr>
          <w:p w14:paraId="55A17181" w14:textId="77777777" w:rsidR="00C03B4B" w:rsidRPr="00387E45" w:rsidRDefault="00C03B4B" w:rsidP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</w:tcPr>
          <w:p w14:paraId="2D8C3D81" w14:textId="77777777" w:rsidR="00C03B4B" w:rsidRPr="00387E45" w:rsidRDefault="00C03B4B" w:rsidP="00C03B4B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C03B4B" w:rsidRPr="00586412" w14:paraId="0DFF18F1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1AF6ACB3" w14:textId="77777777" w:rsidR="00C03B4B" w:rsidRDefault="00C03B4B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044BFEB0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72764721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3E93A8BC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41BD15EE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</w:tr>
    </w:tbl>
    <w:p w14:paraId="2AB92FF8" w14:textId="77777777" w:rsidR="00163A60" w:rsidRDefault="00837146">
      <w:pPr>
        <w:spacing w:before="160" w:after="60"/>
      </w:pPr>
      <w:r>
        <w:rPr>
          <w:b/>
          <w:color w:val="1F3864"/>
          <w:sz w:val="21"/>
        </w:rPr>
        <w:t>2.4  EIXO SAÚDE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2948"/>
        <w:gridCol w:w="3175"/>
        <w:gridCol w:w="1304"/>
        <w:gridCol w:w="907"/>
      </w:tblGrid>
      <w:tr w:rsidR="00163A60" w14:paraId="39954C2D" w14:textId="77777777">
        <w:trPr>
          <w:jc w:val="center"/>
        </w:trPr>
        <w:tc>
          <w:tcPr>
            <w:tcW w:w="737" w:type="dxa"/>
            <w:shd w:val="clear" w:color="auto" w:fill="1F3864"/>
          </w:tcPr>
          <w:p w14:paraId="1D72070D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Ação</w:t>
            </w:r>
          </w:p>
        </w:tc>
        <w:tc>
          <w:tcPr>
            <w:tcW w:w="2948" w:type="dxa"/>
            <w:shd w:val="clear" w:color="auto" w:fill="1F3864"/>
          </w:tcPr>
          <w:p w14:paraId="3A853BEA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6"/>
                <w:lang w:val="pt-BR"/>
              </w:rPr>
              <w:t>Denominação e meta física (PGP)</w:t>
            </w:r>
          </w:p>
        </w:tc>
        <w:tc>
          <w:tcPr>
            <w:tcW w:w="3175" w:type="dxa"/>
            <w:shd w:val="clear" w:color="auto" w:fill="1F3864"/>
          </w:tcPr>
          <w:p w14:paraId="245850B5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Executado no mês (descrever)</w:t>
            </w:r>
          </w:p>
        </w:tc>
        <w:tc>
          <w:tcPr>
            <w:tcW w:w="1304" w:type="dxa"/>
            <w:shd w:val="clear" w:color="auto" w:fill="1F3864"/>
          </w:tcPr>
          <w:p w14:paraId="6B1CFB4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Situação</w:t>
            </w:r>
          </w:p>
        </w:tc>
        <w:tc>
          <w:tcPr>
            <w:tcW w:w="907" w:type="dxa"/>
            <w:shd w:val="clear" w:color="auto" w:fill="1F3864"/>
          </w:tcPr>
          <w:p w14:paraId="51E0D697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6"/>
              </w:rPr>
              <w:t>% acum.</w:t>
            </w:r>
          </w:p>
        </w:tc>
      </w:tr>
      <w:tr w:rsidR="00163A60" w:rsidRPr="00586412" w14:paraId="570639A8" w14:textId="77777777">
        <w:trPr>
          <w:jc w:val="center"/>
        </w:trPr>
        <w:tc>
          <w:tcPr>
            <w:tcW w:w="737" w:type="dxa"/>
            <w:shd w:val="clear" w:color="auto" w:fill="D9E1F2"/>
          </w:tcPr>
          <w:p w14:paraId="2F9834B6" w14:textId="0E9322F6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7D2B0633" w14:textId="4BA185B4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7699DBCB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0791F1F6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04FC1D8C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163A60" w:rsidRPr="00586412" w14:paraId="679B542C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24DECBE8" w14:textId="4573860F" w:rsidR="00163A60" w:rsidRDefault="00163A60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12415003" w14:textId="3DB0DF4E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6EA73690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1FE52A5A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359671DF" w14:textId="77777777" w:rsidR="00163A60" w:rsidRPr="00387E45" w:rsidRDefault="00163A60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C03B4B" w:rsidRPr="00586412" w14:paraId="5E2F4EE7" w14:textId="77777777" w:rsidTr="007E6DED">
        <w:trPr>
          <w:jc w:val="center"/>
        </w:trPr>
        <w:tc>
          <w:tcPr>
            <w:tcW w:w="737" w:type="dxa"/>
            <w:shd w:val="clear" w:color="auto" w:fill="D9E1F2"/>
          </w:tcPr>
          <w:p w14:paraId="3922AC20" w14:textId="77777777" w:rsidR="00C03B4B" w:rsidRDefault="00C03B4B" w:rsidP="007E6DED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02321674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569416EA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0A3FE063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4F8FE41F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C03B4B" w:rsidRPr="00586412" w14:paraId="577706FB" w14:textId="77777777">
        <w:trPr>
          <w:jc w:val="center"/>
        </w:trPr>
        <w:tc>
          <w:tcPr>
            <w:tcW w:w="737" w:type="dxa"/>
            <w:shd w:val="clear" w:color="auto" w:fill="FFFFFF"/>
          </w:tcPr>
          <w:p w14:paraId="3FB04AF6" w14:textId="77777777" w:rsidR="00C03B4B" w:rsidRDefault="00C03B4B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FFFFFF"/>
          </w:tcPr>
          <w:p w14:paraId="69389455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FFFFFF"/>
          </w:tcPr>
          <w:p w14:paraId="3A9F8055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FFFFFF"/>
          </w:tcPr>
          <w:p w14:paraId="140B1599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FFFFFF"/>
          </w:tcPr>
          <w:p w14:paraId="08484476" w14:textId="77777777" w:rsidR="00C03B4B" w:rsidRPr="00387E45" w:rsidRDefault="00C03B4B">
            <w:pPr>
              <w:spacing w:before="40" w:after="40"/>
              <w:jc w:val="center"/>
              <w:rPr>
                <w:lang w:val="pt-BR"/>
              </w:rPr>
            </w:pPr>
          </w:p>
        </w:tc>
      </w:tr>
      <w:tr w:rsidR="00C03B4B" w:rsidRPr="00586412" w14:paraId="77F3017E" w14:textId="77777777" w:rsidTr="007E6DED">
        <w:trPr>
          <w:jc w:val="center"/>
        </w:trPr>
        <w:tc>
          <w:tcPr>
            <w:tcW w:w="737" w:type="dxa"/>
            <w:shd w:val="clear" w:color="auto" w:fill="D9E1F2"/>
          </w:tcPr>
          <w:p w14:paraId="3D40F12E" w14:textId="77777777" w:rsidR="00C03B4B" w:rsidRDefault="00C03B4B" w:rsidP="007E6DED">
            <w:pPr>
              <w:spacing w:before="40" w:after="40"/>
              <w:jc w:val="center"/>
            </w:pPr>
          </w:p>
        </w:tc>
        <w:tc>
          <w:tcPr>
            <w:tcW w:w="2948" w:type="dxa"/>
            <w:shd w:val="clear" w:color="auto" w:fill="D9E1F2"/>
          </w:tcPr>
          <w:p w14:paraId="7F714CBF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3175" w:type="dxa"/>
            <w:shd w:val="clear" w:color="auto" w:fill="D9E1F2"/>
          </w:tcPr>
          <w:p w14:paraId="389A2FD3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1304" w:type="dxa"/>
            <w:shd w:val="clear" w:color="auto" w:fill="D9E1F2"/>
          </w:tcPr>
          <w:p w14:paraId="0E2995FC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  <w:tc>
          <w:tcPr>
            <w:tcW w:w="907" w:type="dxa"/>
            <w:shd w:val="clear" w:color="auto" w:fill="D9E1F2"/>
          </w:tcPr>
          <w:p w14:paraId="6C6BA056" w14:textId="77777777" w:rsidR="00C03B4B" w:rsidRPr="00387E45" w:rsidRDefault="00C03B4B" w:rsidP="007E6DED">
            <w:pPr>
              <w:spacing w:before="40" w:after="40"/>
              <w:jc w:val="center"/>
              <w:rPr>
                <w:lang w:val="pt-BR"/>
              </w:rPr>
            </w:pPr>
          </w:p>
        </w:tc>
      </w:tr>
    </w:tbl>
    <w:p w14:paraId="4CF905DC" w14:textId="77777777" w:rsidR="00163A60" w:rsidRPr="00387E45" w:rsidRDefault="00163A60">
      <w:pPr>
        <w:spacing w:after="80"/>
        <w:rPr>
          <w:lang w:val="pt-BR"/>
        </w:rPr>
      </w:pPr>
    </w:p>
    <w:p w14:paraId="086295A7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3. DETALHAMENTO DAS ATIVIDADES REALIZADAS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4195"/>
        <w:gridCol w:w="1814"/>
        <w:gridCol w:w="1701"/>
      </w:tblGrid>
      <w:tr w:rsidR="00163A60" w14:paraId="35D61AE8" w14:textId="77777777">
        <w:trPr>
          <w:jc w:val="center"/>
        </w:trPr>
        <w:tc>
          <w:tcPr>
            <w:tcW w:w="1134" w:type="dxa"/>
            <w:shd w:val="clear" w:color="auto" w:fill="1F3864"/>
          </w:tcPr>
          <w:p w14:paraId="4913DB25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w="4195" w:type="dxa"/>
            <w:shd w:val="clear" w:color="auto" w:fill="1F3864"/>
          </w:tcPr>
          <w:p w14:paraId="19CAEC1E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Atividade realizada</w:t>
            </w:r>
          </w:p>
        </w:tc>
        <w:tc>
          <w:tcPr>
            <w:tcW w:w="1814" w:type="dxa"/>
            <w:shd w:val="clear" w:color="auto" w:fill="1F3864"/>
          </w:tcPr>
          <w:p w14:paraId="18D0EDED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Município(s)</w:t>
            </w:r>
          </w:p>
        </w:tc>
        <w:tc>
          <w:tcPr>
            <w:tcW w:w="1701" w:type="dxa"/>
            <w:shd w:val="clear" w:color="auto" w:fill="1F3864"/>
          </w:tcPr>
          <w:p w14:paraId="22446B53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Ação do PGP</w:t>
            </w:r>
          </w:p>
        </w:tc>
      </w:tr>
      <w:tr w:rsidR="00163A60" w14:paraId="188BB7A3" w14:textId="77777777">
        <w:trPr>
          <w:jc w:val="center"/>
        </w:trPr>
        <w:tc>
          <w:tcPr>
            <w:tcW w:w="1134" w:type="dxa"/>
            <w:shd w:val="clear" w:color="auto" w:fill="D9E1F2"/>
          </w:tcPr>
          <w:p w14:paraId="71D3024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D9E1F2"/>
          </w:tcPr>
          <w:p w14:paraId="470A7EDC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D9E1F2"/>
          </w:tcPr>
          <w:p w14:paraId="78B1928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4F4EAE90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248D84C9" w14:textId="77777777">
        <w:trPr>
          <w:jc w:val="center"/>
        </w:trPr>
        <w:tc>
          <w:tcPr>
            <w:tcW w:w="1134" w:type="dxa"/>
            <w:shd w:val="clear" w:color="auto" w:fill="FFFFFF"/>
          </w:tcPr>
          <w:p w14:paraId="43109C37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FFFFFF"/>
          </w:tcPr>
          <w:p w14:paraId="6F45C61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FFFFFF"/>
          </w:tcPr>
          <w:p w14:paraId="62CC5D1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51BBF7A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2309096E" w14:textId="77777777">
        <w:trPr>
          <w:jc w:val="center"/>
        </w:trPr>
        <w:tc>
          <w:tcPr>
            <w:tcW w:w="1134" w:type="dxa"/>
            <w:shd w:val="clear" w:color="auto" w:fill="D9E1F2"/>
          </w:tcPr>
          <w:p w14:paraId="642BE83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D9E1F2"/>
          </w:tcPr>
          <w:p w14:paraId="03784D9E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D9E1F2"/>
          </w:tcPr>
          <w:p w14:paraId="39464C6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58ED4F53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4B6C169F" w14:textId="77777777">
        <w:trPr>
          <w:jc w:val="center"/>
        </w:trPr>
        <w:tc>
          <w:tcPr>
            <w:tcW w:w="1134" w:type="dxa"/>
            <w:shd w:val="clear" w:color="auto" w:fill="FFFFFF"/>
          </w:tcPr>
          <w:p w14:paraId="2CBB987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FFFFFF"/>
          </w:tcPr>
          <w:p w14:paraId="33D56028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FFFFFF"/>
          </w:tcPr>
          <w:p w14:paraId="1BD69E39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380B352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7793E008" w14:textId="77777777">
        <w:trPr>
          <w:jc w:val="center"/>
        </w:trPr>
        <w:tc>
          <w:tcPr>
            <w:tcW w:w="1134" w:type="dxa"/>
            <w:shd w:val="clear" w:color="auto" w:fill="D9E1F2"/>
          </w:tcPr>
          <w:p w14:paraId="0CACB6B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D9E1F2"/>
          </w:tcPr>
          <w:p w14:paraId="58E9717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D9E1F2"/>
          </w:tcPr>
          <w:p w14:paraId="0EB3329C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0BA9439F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7160CF86" w14:textId="77777777">
        <w:trPr>
          <w:jc w:val="center"/>
        </w:trPr>
        <w:tc>
          <w:tcPr>
            <w:tcW w:w="1134" w:type="dxa"/>
            <w:shd w:val="clear" w:color="auto" w:fill="FFFFFF"/>
          </w:tcPr>
          <w:p w14:paraId="7F0698B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FFFFFF"/>
          </w:tcPr>
          <w:p w14:paraId="3B1E014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FFFFFF"/>
          </w:tcPr>
          <w:p w14:paraId="09247F7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83B2E01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7C0F2985" w14:textId="77777777">
        <w:trPr>
          <w:jc w:val="center"/>
        </w:trPr>
        <w:tc>
          <w:tcPr>
            <w:tcW w:w="1134" w:type="dxa"/>
            <w:shd w:val="clear" w:color="auto" w:fill="D9E1F2"/>
          </w:tcPr>
          <w:p w14:paraId="2A064ED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D9E1F2"/>
          </w:tcPr>
          <w:p w14:paraId="4F0BCEB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D9E1F2"/>
          </w:tcPr>
          <w:p w14:paraId="13074F27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1A7455E0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387FA056" w14:textId="77777777">
        <w:trPr>
          <w:jc w:val="center"/>
        </w:trPr>
        <w:tc>
          <w:tcPr>
            <w:tcW w:w="1134" w:type="dxa"/>
            <w:shd w:val="clear" w:color="auto" w:fill="FFFFFF"/>
          </w:tcPr>
          <w:p w14:paraId="6CB8C787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4195" w:type="dxa"/>
            <w:shd w:val="clear" w:color="auto" w:fill="FFFFFF"/>
          </w:tcPr>
          <w:p w14:paraId="07CB7BC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814" w:type="dxa"/>
            <w:shd w:val="clear" w:color="auto" w:fill="FFFFFF"/>
          </w:tcPr>
          <w:p w14:paraId="245782BE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4C3F6E84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1336C9AE" w14:textId="77777777" w:rsidR="00163A60" w:rsidRDefault="00163A60">
      <w:pPr>
        <w:spacing w:after="80"/>
      </w:pPr>
    </w:p>
    <w:p w14:paraId="37E3C1CC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4. ENTREGAS E PRODUTOS DO PERÍODO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701"/>
        <w:gridCol w:w="1587"/>
        <w:gridCol w:w="1587"/>
      </w:tblGrid>
      <w:tr w:rsidR="00163A60" w14:paraId="31BA474B" w14:textId="77777777">
        <w:trPr>
          <w:jc w:val="center"/>
        </w:trPr>
        <w:tc>
          <w:tcPr>
            <w:tcW w:w="3969" w:type="dxa"/>
            <w:shd w:val="clear" w:color="auto" w:fill="1F3864"/>
          </w:tcPr>
          <w:p w14:paraId="378E81AE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Entrega / Produto</w:t>
            </w:r>
          </w:p>
        </w:tc>
        <w:tc>
          <w:tcPr>
            <w:tcW w:w="1701" w:type="dxa"/>
            <w:shd w:val="clear" w:color="auto" w:fill="1F3864"/>
          </w:tcPr>
          <w:p w14:paraId="7111D07E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Ação do PGP</w:t>
            </w:r>
          </w:p>
        </w:tc>
        <w:tc>
          <w:tcPr>
            <w:tcW w:w="1587" w:type="dxa"/>
            <w:shd w:val="clear" w:color="auto" w:fill="1F3864"/>
          </w:tcPr>
          <w:p w14:paraId="53785B46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  <w:tc>
          <w:tcPr>
            <w:tcW w:w="1587" w:type="dxa"/>
            <w:shd w:val="clear" w:color="auto" w:fill="1F3864"/>
          </w:tcPr>
          <w:p w14:paraId="4B525CAD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Situação</w:t>
            </w:r>
          </w:p>
        </w:tc>
      </w:tr>
      <w:tr w:rsidR="00163A60" w14:paraId="0D700137" w14:textId="77777777">
        <w:trPr>
          <w:jc w:val="center"/>
        </w:trPr>
        <w:tc>
          <w:tcPr>
            <w:tcW w:w="3969" w:type="dxa"/>
            <w:shd w:val="clear" w:color="auto" w:fill="D9E1F2"/>
          </w:tcPr>
          <w:p w14:paraId="524DD80B" w14:textId="77777777" w:rsidR="00163A60" w:rsidRDefault="00163A60">
            <w:pPr>
              <w:spacing w:before="40" w:after="40"/>
            </w:pPr>
          </w:p>
        </w:tc>
        <w:tc>
          <w:tcPr>
            <w:tcW w:w="1701" w:type="dxa"/>
            <w:shd w:val="clear" w:color="auto" w:fill="D9E1F2"/>
          </w:tcPr>
          <w:p w14:paraId="0F6608F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5873E0CC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7083DADB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0B689916" w14:textId="77777777">
        <w:trPr>
          <w:jc w:val="center"/>
        </w:trPr>
        <w:tc>
          <w:tcPr>
            <w:tcW w:w="3969" w:type="dxa"/>
            <w:shd w:val="clear" w:color="auto" w:fill="FFFFFF"/>
          </w:tcPr>
          <w:p w14:paraId="1CEB65FC" w14:textId="77777777" w:rsidR="00163A60" w:rsidRDefault="00163A60">
            <w:pPr>
              <w:spacing w:before="40" w:after="40"/>
            </w:pPr>
          </w:p>
        </w:tc>
        <w:tc>
          <w:tcPr>
            <w:tcW w:w="1701" w:type="dxa"/>
            <w:shd w:val="clear" w:color="auto" w:fill="FFFFFF"/>
          </w:tcPr>
          <w:p w14:paraId="0DB4479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582A6967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6E1A8B8D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4999C074" w14:textId="77777777">
        <w:trPr>
          <w:jc w:val="center"/>
        </w:trPr>
        <w:tc>
          <w:tcPr>
            <w:tcW w:w="3969" w:type="dxa"/>
            <w:shd w:val="clear" w:color="auto" w:fill="D9E1F2"/>
          </w:tcPr>
          <w:p w14:paraId="46C59405" w14:textId="77777777" w:rsidR="00163A60" w:rsidRDefault="00163A60">
            <w:pPr>
              <w:spacing w:before="40" w:after="40"/>
            </w:pPr>
          </w:p>
        </w:tc>
        <w:tc>
          <w:tcPr>
            <w:tcW w:w="1701" w:type="dxa"/>
            <w:shd w:val="clear" w:color="auto" w:fill="D9E1F2"/>
          </w:tcPr>
          <w:p w14:paraId="24CC520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4D743BC0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7F2500B9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2F63FFA8" w14:textId="77777777">
        <w:trPr>
          <w:jc w:val="center"/>
        </w:trPr>
        <w:tc>
          <w:tcPr>
            <w:tcW w:w="3969" w:type="dxa"/>
            <w:shd w:val="clear" w:color="auto" w:fill="FFFFFF"/>
          </w:tcPr>
          <w:p w14:paraId="2A78F6BC" w14:textId="77777777" w:rsidR="00163A60" w:rsidRDefault="00163A60">
            <w:pPr>
              <w:spacing w:before="40" w:after="40"/>
            </w:pPr>
          </w:p>
        </w:tc>
        <w:tc>
          <w:tcPr>
            <w:tcW w:w="1701" w:type="dxa"/>
            <w:shd w:val="clear" w:color="auto" w:fill="FFFFFF"/>
          </w:tcPr>
          <w:p w14:paraId="7D9E66E8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40DEBF9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3C695162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20D23D1D" w14:textId="77777777">
        <w:trPr>
          <w:jc w:val="center"/>
        </w:trPr>
        <w:tc>
          <w:tcPr>
            <w:tcW w:w="3969" w:type="dxa"/>
            <w:shd w:val="clear" w:color="auto" w:fill="D9E1F2"/>
          </w:tcPr>
          <w:p w14:paraId="2A53AED1" w14:textId="77777777" w:rsidR="00163A60" w:rsidRDefault="00163A60">
            <w:pPr>
              <w:spacing w:before="40" w:after="40"/>
            </w:pPr>
          </w:p>
        </w:tc>
        <w:tc>
          <w:tcPr>
            <w:tcW w:w="1701" w:type="dxa"/>
            <w:shd w:val="clear" w:color="auto" w:fill="D9E1F2"/>
          </w:tcPr>
          <w:p w14:paraId="67665925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5C76DCB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56FF7256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3C7F3C48" w14:textId="77777777" w:rsidR="00163A60" w:rsidRDefault="00163A60">
      <w:pPr>
        <w:spacing w:after="80"/>
      </w:pPr>
    </w:p>
    <w:p w14:paraId="78385937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5. INDICADORES MONITORADOS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2835"/>
        <w:gridCol w:w="1587"/>
        <w:gridCol w:w="1701"/>
        <w:gridCol w:w="1247"/>
      </w:tblGrid>
      <w:tr w:rsidR="00163A60" w14:paraId="68FA7BB6" w14:textId="77777777">
        <w:trPr>
          <w:jc w:val="center"/>
        </w:trPr>
        <w:tc>
          <w:tcPr>
            <w:tcW w:w="1474" w:type="dxa"/>
            <w:shd w:val="clear" w:color="auto" w:fill="1F3864"/>
          </w:tcPr>
          <w:p w14:paraId="24C382A0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Ação do PGP</w:t>
            </w:r>
          </w:p>
        </w:tc>
        <w:tc>
          <w:tcPr>
            <w:tcW w:w="2835" w:type="dxa"/>
            <w:shd w:val="clear" w:color="auto" w:fill="1F3864"/>
          </w:tcPr>
          <w:p w14:paraId="7B770079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Indicador</w:t>
            </w:r>
          </w:p>
        </w:tc>
        <w:tc>
          <w:tcPr>
            <w:tcW w:w="1587" w:type="dxa"/>
            <w:shd w:val="clear" w:color="auto" w:fill="1F3864"/>
          </w:tcPr>
          <w:p w14:paraId="1F5A25AF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Meta prevista</w:t>
            </w:r>
          </w:p>
        </w:tc>
        <w:tc>
          <w:tcPr>
            <w:tcW w:w="1701" w:type="dxa"/>
            <w:shd w:val="clear" w:color="auto" w:fill="1F3864"/>
          </w:tcPr>
          <w:p w14:paraId="60646AA3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Realizado no período</w:t>
            </w:r>
          </w:p>
        </w:tc>
        <w:tc>
          <w:tcPr>
            <w:tcW w:w="1247" w:type="dxa"/>
            <w:shd w:val="clear" w:color="auto" w:fill="1F3864"/>
          </w:tcPr>
          <w:p w14:paraId="075BD4AC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Acumulado</w:t>
            </w:r>
          </w:p>
        </w:tc>
      </w:tr>
      <w:tr w:rsidR="00163A60" w14:paraId="024D00D8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6C68DBE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835" w:type="dxa"/>
            <w:shd w:val="clear" w:color="auto" w:fill="D9E1F2"/>
          </w:tcPr>
          <w:p w14:paraId="0DC9A84E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0C4A7B6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206CC15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247" w:type="dxa"/>
            <w:shd w:val="clear" w:color="auto" w:fill="D9E1F2"/>
          </w:tcPr>
          <w:p w14:paraId="0741CC73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4382CA60" w14:textId="77777777">
        <w:trPr>
          <w:jc w:val="center"/>
        </w:trPr>
        <w:tc>
          <w:tcPr>
            <w:tcW w:w="1474" w:type="dxa"/>
            <w:shd w:val="clear" w:color="auto" w:fill="FFFFFF"/>
          </w:tcPr>
          <w:p w14:paraId="5F26004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835" w:type="dxa"/>
            <w:shd w:val="clear" w:color="auto" w:fill="FFFFFF"/>
          </w:tcPr>
          <w:p w14:paraId="4FE4E11C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1A9CC6B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B7F2DC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247" w:type="dxa"/>
            <w:shd w:val="clear" w:color="auto" w:fill="FFFFFF"/>
          </w:tcPr>
          <w:p w14:paraId="290BC49F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7CC98066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0B9A8AB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835" w:type="dxa"/>
            <w:shd w:val="clear" w:color="auto" w:fill="D9E1F2"/>
          </w:tcPr>
          <w:p w14:paraId="42C826A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1380D4C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506EA709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247" w:type="dxa"/>
            <w:shd w:val="clear" w:color="auto" w:fill="D9E1F2"/>
          </w:tcPr>
          <w:p w14:paraId="400AE394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741907D3" w14:textId="77777777">
        <w:trPr>
          <w:jc w:val="center"/>
        </w:trPr>
        <w:tc>
          <w:tcPr>
            <w:tcW w:w="1474" w:type="dxa"/>
            <w:shd w:val="clear" w:color="auto" w:fill="FFFFFF"/>
          </w:tcPr>
          <w:p w14:paraId="594FCEE0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835" w:type="dxa"/>
            <w:shd w:val="clear" w:color="auto" w:fill="FFFFFF"/>
          </w:tcPr>
          <w:p w14:paraId="65C05119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FFFFFF"/>
          </w:tcPr>
          <w:p w14:paraId="1DF4113D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37460CE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247" w:type="dxa"/>
            <w:shd w:val="clear" w:color="auto" w:fill="FFFFFF"/>
          </w:tcPr>
          <w:p w14:paraId="1568E4AA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15675D88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7F4E211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835" w:type="dxa"/>
            <w:shd w:val="clear" w:color="auto" w:fill="D9E1F2"/>
          </w:tcPr>
          <w:p w14:paraId="7358378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587" w:type="dxa"/>
            <w:shd w:val="clear" w:color="auto" w:fill="D9E1F2"/>
          </w:tcPr>
          <w:p w14:paraId="1A56736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019730E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247" w:type="dxa"/>
            <w:shd w:val="clear" w:color="auto" w:fill="D9E1F2"/>
          </w:tcPr>
          <w:p w14:paraId="203B137D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397BF573" w14:textId="77777777" w:rsidR="00163A60" w:rsidRDefault="00163A60">
      <w:pPr>
        <w:spacing w:after="80"/>
      </w:pPr>
    </w:p>
    <w:p w14:paraId="63840019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6. EVIDÊNCIAS (MEIOS DE VERIFICAÇÃO)</w:t>
      </w:r>
    </w:p>
    <w:p w14:paraId="5A04B3F8" w14:textId="77777777" w:rsidR="00163A60" w:rsidRPr="00387E45" w:rsidRDefault="00837146">
      <w:pPr>
        <w:spacing w:after="80"/>
        <w:jc w:val="both"/>
        <w:rPr>
          <w:lang w:val="pt-BR"/>
        </w:rPr>
      </w:pPr>
      <w:r w:rsidRPr="00387E45">
        <w:rPr>
          <w:i/>
          <w:sz w:val="19"/>
          <w:lang w:val="pt-BR"/>
        </w:rPr>
        <w:t>Relacionar as evidências anexadas ou disponibilizadas no repositório digital do projeto, vinculando cada uma à respectiva ação do PGP.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928"/>
        <w:gridCol w:w="3175"/>
        <w:gridCol w:w="2268"/>
      </w:tblGrid>
      <w:tr w:rsidR="00163A60" w14:paraId="0A406CE7" w14:textId="77777777">
        <w:trPr>
          <w:jc w:val="center"/>
        </w:trPr>
        <w:tc>
          <w:tcPr>
            <w:tcW w:w="1474" w:type="dxa"/>
            <w:shd w:val="clear" w:color="auto" w:fill="1F3864"/>
          </w:tcPr>
          <w:p w14:paraId="017918B9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Ação do PGP</w:t>
            </w:r>
          </w:p>
        </w:tc>
        <w:tc>
          <w:tcPr>
            <w:tcW w:w="1928" w:type="dxa"/>
            <w:shd w:val="clear" w:color="auto" w:fill="1F3864"/>
          </w:tcPr>
          <w:p w14:paraId="1DB62CB4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Tipo de evidência</w:t>
            </w:r>
          </w:p>
        </w:tc>
        <w:tc>
          <w:tcPr>
            <w:tcW w:w="3175" w:type="dxa"/>
            <w:shd w:val="clear" w:color="auto" w:fill="1F3864"/>
          </w:tcPr>
          <w:p w14:paraId="70DDB16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Descrição / Identificação</w:t>
            </w:r>
          </w:p>
        </w:tc>
        <w:tc>
          <w:tcPr>
            <w:tcW w:w="2268" w:type="dxa"/>
            <w:shd w:val="clear" w:color="auto" w:fill="1F3864"/>
          </w:tcPr>
          <w:p w14:paraId="03EBDB15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Local de arquivamento</w:t>
            </w:r>
          </w:p>
        </w:tc>
      </w:tr>
      <w:tr w:rsidR="00163A60" w14:paraId="5E5AE403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649E9D3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3401B21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D9E1F2"/>
          </w:tcPr>
          <w:p w14:paraId="4019691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268" w:type="dxa"/>
            <w:shd w:val="clear" w:color="auto" w:fill="D9E1F2"/>
          </w:tcPr>
          <w:p w14:paraId="29E2015C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1DBDDF4E" w14:textId="77777777">
        <w:trPr>
          <w:jc w:val="center"/>
        </w:trPr>
        <w:tc>
          <w:tcPr>
            <w:tcW w:w="1474" w:type="dxa"/>
            <w:shd w:val="clear" w:color="auto" w:fill="FFFFFF"/>
          </w:tcPr>
          <w:p w14:paraId="5FEA2CC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FFFFFF"/>
          </w:tcPr>
          <w:p w14:paraId="35C447B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FFFFFF"/>
          </w:tcPr>
          <w:p w14:paraId="45FF7877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268" w:type="dxa"/>
            <w:shd w:val="clear" w:color="auto" w:fill="FFFFFF"/>
          </w:tcPr>
          <w:p w14:paraId="74BD5048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4A03A33E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182C84A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7EE917C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D9E1F2"/>
          </w:tcPr>
          <w:p w14:paraId="4F4176A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268" w:type="dxa"/>
            <w:shd w:val="clear" w:color="auto" w:fill="D9E1F2"/>
          </w:tcPr>
          <w:p w14:paraId="1D726E71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6A94ADC1" w14:textId="77777777">
        <w:trPr>
          <w:jc w:val="center"/>
        </w:trPr>
        <w:tc>
          <w:tcPr>
            <w:tcW w:w="1474" w:type="dxa"/>
            <w:shd w:val="clear" w:color="auto" w:fill="FFFFFF"/>
          </w:tcPr>
          <w:p w14:paraId="089A523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FFFFFF"/>
          </w:tcPr>
          <w:p w14:paraId="2351203D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FFFFFF"/>
          </w:tcPr>
          <w:p w14:paraId="7A4E7B3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268" w:type="dxa"/>
            <w:shd w:val="clear" w:color="auto" w:fill="FFFFFF"/>
          </w:tcPr>
          <w:p w14:paraId="2FDA73AE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29883CE7" w14:textId="77777777">
        <w:trPr>
          <w:jc w:val="center"/>
        </w:trPr>
        <w:tc>
          <w:tcPr>
            <w:tcW w:w="1474" w:type="dxa"/>
            <w:shd w:val="clear" w:color="auto" w:fill="D9E1F2"/>
          </w:tcPr>
          <w:p w14:paraId="64DAB34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351BC54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D9E1F2"/>
          </w:tcPr>
          <w:p w14:paraId="056B96D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2268" w:type="dxa"/>
            <w:shd w:val="clear" w:color="auto" w:fill="D9E1F2"/>
          </w:tcPr>
          <w:p w14:paraId="0B85DD52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6A95208A" w14:textId="77777777" w:rsidR="00163A60" w:rsidRDefault="00163A60">
      <w:pPr>
        <w:spacing w:after="80"/>
      </w:pPr>
    </w:p>
    <w:p w14:paraId="760E37EE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7. SUPERVISÃO DOS ESTAGIÁRIOS DE GRADUAÇÃO</w:t>
      </w:r>
    </w:p>
    <w:p w14:paraId="1A849196" w14:textId="77777777" w:rsidR="00163A60" w:rsidRPr="00387E45" w:rsidRDefault="00837146">
      <w:pPr>
        <w:spacing w:after="80"/>
        <w:jc w:val="both"/>
        <w:rPr>
          <w:lang w:val="pt-BR"/>
        </w:rPr>
      </w:pPr>
      <w:r w:rsidRPr="00387E45">
        <w:rPr>
          <w:i/>
          <w:sz w:val="19"/>
          <w:lang w:val="pt-BR"/>
        </w:rPr>
        <w:t>Reportar a situação das vagas de estágio do seu eixo e as atividades supervisionadas no período (itens 3.7 e 3.9 da Chamada). A manutenção de 100% das vagas preenchidas e a supervisão docente ativa constituem indicadores do projeto (ação 2.7 do PGP).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1928"/>
        <w:gridCol w:w="1701"/>
        <w:gridCol w:w="3175"/>
      </w:tblGrid>
      <w:tr w:rsidR="00163A60" w14:paraId="2F7DCBC3" w14:textId="77777777">
        <w:trPr>
          <w:jc w:val="center"/>
        </w:trPr>
        <w:tc>
          <w:tcPr>
            <w:tcW w:w="2041" w:type="dxa"/>
            <w:shd w:val="clear" w:color="auto" w:fill="1F3864"/>
          </w:tcPr>
          <w:p w14:paraId="6AD1DF29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8"/>
                <w:lang w:val="pt-BR"/>
              </w:rPr>
              <w:t>Vagas de estágio do eixo</w:t>
            </w:r>
          </w:p>
        </w:tc>
        <w:tc>
          <w:tcPr>
            <w:tcW w:w="1928" w:type="dxa"/>
            <w:shd w:val="clear" w:color="auto" w:fill="1F3864"/>
          </w:tcPr>
          <w:p w14:paraId="106B2687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Preenchidas no período</w:t>
            </w:r>
          </w:p>
        </w:tc>
        <w:tc>
          <w:tcPr>
            <w:tcW w:w="1701" w:type="dxa"/>
            <w:shd w:val="clear" w:color="auto" w:fill="1F3864"/>
          </w:tcPr>
          <w:p w14:paraId="79B1BB9E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Vagas em aberto</w:t>
            </w:r>
          </w:p>
        </w:tc>
        <w:tc>
          <w:tcPr>
            <w:tcW w:w="3175" w:type="dxa"/>
            <w:shd w:val="clear" w:color="auto" w:fill="1F3864"/>
          </w:tcPr>
          <w:p w14:paraId="32778D8B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Providências adotadas</w:t>
            </w:r>
          </w:p>
        </w:tc>
      </w:tr>
      <w:tr w:rsidR="00163A60" w14:paraId="4A421A0D" w14:textId="77777777">
        <w:trPr>
          <w:jc w:val="center"/>
        </w:trPr>
        <w:tc>
          <w:tcPr>
            <w:tcW w:w="2041" w:type="dxa"/>
            <w:shd w:val="clear" w:color="auto" w:fill="D9E1F2"/>
          </w:tcPr>
          <w:p w14:paraId="07FECF8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556B75A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168CA5A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175" w:type="dxa"/>
            <w:shd w:val="clear" w:color="auto" w:fill="D9E1F2"/>
          </w:tcPr>
          <w:p w14:paraId="2CBC2E1F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64EE46CD" w14:textId="77777777" w:rsidR="00163A60" w:rsidRDefault="00163A60">
      <w:pPr>
        <w:spacing w:after="60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3742"/>
        <w:gridCol w:w="1474"/>
        <w:gridCol w:w="1474"/>
      </w:tblGrid>
      <w:tr w:rsidR="00163A60" w14:paraId="75AE6006" w14:textId="77777777">
        <w:trPr>
          <w:jc w:val="center"/>
        </w:trPr>
        <w:tc>
          <w:tcPr>
            <w:tcW w:w="2154" w:type="dxa"/>
            <w:shd w:val="clear" w:color="auto" w:fill="1F3864"/>
          </w:tcPr>
          <w:p w14:paraId="241F1DC3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Estagiário (nome)</w:t>
            </w:r>
          </w:p>
        </w:tc>
        <w:tc>
          <w:tcPr>
            <w:tcW w:w="3742" w:type="dxa"/>
            <w:shd w:val="clear" w:color="auto" w:fill="1F3864"/>
          </w:tcPr>
          <w:p w14:paraId="58C57BE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Atividades supervisionadas no período</w:t>
            </w:r>
          </w:p>
        </w:tc>
        <w:tc>
          <w:tcPr>
            <w:tcW w:w="1474" w:type="dxa"/>
            <w:shd w:val="clear" w:color="auto" w:fill="1F3864"/>
          </w:tcPr>
          <w:p w14:paraId="2B2F6AB8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Carga horária</w:t>
            </w:r>
          </w:p>
        </w:tc>
        <w:tc>
          <w:tcPr>
            <w:tcW w:w="1474" w:type="dxa"/>
            <w:shd w:val="clear" w:color="auto" w:fill="1F3864"/>
          </w:tcPr>
          <w:p w14:paraId="551DDCD9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Avaliação</w:t>
            </w:r>
          </w:p>
        </w:tc>
      </w:tr>
      <w:tr w:rsidR="00163A60" w14:paraId="589A32C7" w14:textId="77777777">
        <w:trPr>
          <w:jc w:val="center"/>
        </w:trPr>
        <w:tc>
          <w:tcPr>
            <w:tcW w:w="2154" w:type="dxa"/>
            <w:shd w:val="clear" w:color="auto" w:fill="D9E1F2"/>
          </w:tcPr>
          <w:p w14:paraId="3DA6B54C" w14:textId="77777777" w:rsidR="00163A60" w:rsidRDefault="00163A60">
            <w:pPr>
              <w:spacing w:before="40" w:after="40"/>
            </w:pPr>
          </w:p>
        </w:tc>
        <w:tc>
          <w:tcPr>
            <w:tcW w:w="3742" w:type="dxa"/>
            <w:shd w:val="clear" w:color="auto" w:fill="D9E1F2"/>
          </w:tcPr>
          <w:p w14:paraId="3F860CD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D9E1F2"/>
          </w:tcPr>
          <w:p w14:paraId="14A73A9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D9E1F2"/>
          </w:tcPr>
          <w:p w14:paraId="6E80A72C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18A82BEF" w14:textId="77777777">
        <w:trPr>
          <w:jc w:val="center"/>
        </w:trPr>
        <w:tc>
          <w:tcPr>
            <w:tcW w:w="2154" w:type="dxa"/>
            <w:shd w:val="clear" w:color="auto" w:fill="FFFFFF"/>
          </w:tcPr>
          <w:p w14:paraId="2E9AD66F" w14:textId="77777777" w:rsidR="00163A60" w:rsidRDefault="00163A60">
            <w:pPr>
              <w:spacing w:before="40" w:after="40"/>
            </w:pPr>
          </w:p>
        </w:tc>
        <w:tc>
          <w:tcPr>
            <w:tcW w:w="3742" w:type="dxa"/>
            <w:shd w:val="clear" w:color="auto" w:fill="FFFFFF"/>
          </w:tcPr>
          <w:p w14:paraId="05212783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FFFFFF"/>
          </w:tcPr>
          <w:p w14:paraId="63F56F21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FFFFFF"/>
          </w:tcPr>
          <w:p w14:paraId="59B53B13" w14:textId="77777777" w:rsidR="00163A60" w:rsidRDefault="00163A60">
            <w:pPr>
              <w:spacing w:before="40" w:after="40"/>
              <w:jc w:val="center"/>
            </w:pPr>
          </w:p>
        </w:tc>
      </w:tr>
      <w:tr w:rsidR="00163A60" w14:paraId="4D42452E" w14:textId="77777777">
        <w:trPr>
          <w:jc w:val="center"/>
        </w:trPr>
        <w:tc>
          <w:tcPr>
            <w:tcW w:w="2154" w:type="dxa"/>
            <w:shd w:val="clear" w:color="auto" w:fill="D9E1F2"/>
          </w:tcPr>
          <w:p w14:paraId="06AA361C" w14:textId="77777777" w:rsidR="00163A60" w:rsidRDefault="00163A60">
            <w:pPr>
              <w:spacing w:before="40" w:after="40"/>
            </w:pPr>
          </w:p>
        </w:tc>
        <w:tc>
          <w:tcPr>
            <w:tcW w:w="3742" w:type="dxa"/>
            <w:shd w:val="clear" w:color="auto" w:fill="D9E1F2"/>
          </w:tcPr>
          <w:p w14:paraId="4AEA922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D9E1F2"/>
          </w:tcPr>
          <w:p w14:paraId="23F6EFE4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474" w:type="dxa"/>
            <w:shd w:val="clear" w:color="auto" w:fill="D9E1F2"/>
          </w:tcPr>
          <w:p w14:paraId="535DB6FF" w14:textId="77777777" w:rsidR="00163A60" w:rsidRDefault="00163A60">
            <w:pPr>
              <w:spacing w:before="40" w:after="40"/>
              <w:jc w:val="center"/>
            </w:pPr>
          </w:p>
        </w:tc>
      </w:tr>
    </w:tbl>
    <w:p w14:paraId="0264C8CF" w14:textId="77777777" w:rsidR="00163A60" w:rsidRDefault="00163A60">
      <w:pPr>
        <w:spacing w:after="80"/>
      </w:pPr>
    </w:p>
    <w:p w14:paraId="6F787188" w14:textId="77777777" w:rsidR="00163A60" w:rsidRPr="00387E45" w:rsidRDefault="00837146">
      <w:pPr>
        <w:keepNext/>
        <w:spacing w:before="240" w:after="80"/>
        <w:rPr>
          <w:lang w:val="pt-BR"/>
        </w:rPr>
      </w:pPr>
      <w:r w:rsidRPr="00387E45">
        <w:rPr>
          <w:b/>
          <w:color w:val="1F3864"/>
          <w:lang w:val="pt-BR"/>
        </w:rPr>
        <w:t>8. PARTICIPAÇÃO EM ENCONTROS E ATIVIDADES DO NCS NOROESTE</w:t>
      </w:r>
    </w:p>
    <w:p w14:paraId="7AA8616C" w14:textId="77777777" w:rsidR="00163A60" w:rsidRPr="00387E45" w:rsidRDefault="00837146">
      <w:pPr>
        <w:spacing w:after="80"/>
        <w:jc w:val="both"/>
        <w:rPr>
          <w:lang w:val="pt-BR"/>
        </w:rPr>
      </w:pPr>
      <w:r w:rsidRPr="00387E45">
        <w:rPr>
          <w:i/>
          <w:sz w:val="19"/>
          <w:lang w:val="pt-BR"/>
        </w:rPr>
        <w:t>O acompanhamento da participação assídua no NCS Noroeste é condição de manutenção da bolsa (item 12.1, alínea “c”, da Chamada).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47"/>
        <w:gridCol w:w="3969"/>
        <w:gridCol w:w="1701"/>
        <w:gridCol w:w="1928"/>
      </w:tblGrid>
      <w:tr w:rsidR="00163A60" w14:paraId="166D8261" w14:textId="77777777">
        <w:trPr>
          <w:jc w:val="center"/>
        </w:trPr>
        <w:tc>
          <w:tcPr>
            <w:tcW w:w="1247" w:type="dxa"/>
            <w:shd w:val="clear" w:color="auto" w:fill="1F3864"/>
          </w:tcPr>
          <w:p w14:paraId="28AE561C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w="3969" w:type="dxa"/>
            <w:shd w:val="clear" w:color="auto" w:fill="1F3864"/>
          </w:tcPr>
          <w:p w14:paraId="432A3CF9" w14:textId="77777777" w:rsidR="00163A60" w:rsidRPr="00387E45" w:rsidRDefault="00837146">
            <w:pPr>
              <w:spacing w:before="40" w:after="40"/>
              <w:jc w:val="center"/>
              <w:rPr>
                <w:lang w:val="pt-BR"/>
              </w:rPr>
            </w:pPr>
            <w:r w:rsidRPr="00387E45">
              <w:rPr>
                <w:b/>
                <w:color w:val="FFFFFF"/>
                <w:sz w:val="18"/>
                <w:lang w:val="pt-BR"/>
              </w:rPr>
              <w:t>Encontro / Atividade do NCS Noroeste</w:t>
            </w:r>
          </w:p>
        </w:tc>
        <w:tc>
          <w:tcPr>
            <w:tcW w:w="1701" w:type="dxa"/>
            <w:shd w:val="clear" w:color="auto" w:fill="1F3864"/>
          </w:tcPr>
          <w:p w14:paraId="4671FD44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Município</w:t>
            </w:r>
          </w:p>
        </w:tc>
        <w:tc>
          <w:tcPr>
            <w:tcW w:w="1928" w:type="dxa"/>
            <w:shd w:val="clear" w:color="auto" w:fill="1F3864"/>
          </w:tcPr>
          <w:p w14:paraId="1E0DE742" w14:textId="77777777" w:rsidR="00163A60" w:rsidRDefault="00837146">
            <w:pPr>
              <w:spacing w:before="40" w:after="40"/>
              <w:jc w:val="center"/>
            </w:pPr>
            <w:r>
              <w:rPr>
                <w:b/>
                <w:color w:val="FFFFFF"/>
                <w:sz w:val="18"/>
              </w:rPr>
              <w:t>Participou?</w:t>
            </w:r>
          </w:p>
        </w:tc>
      </w:tr>
      <w:tr w:rsidR="00163A60" w14:paraId="666F1FC9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022F8DF2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969" w:type="dxa"/>
            <w:shd w:val="clear" w:color="auto" w:fill="D9E1F2"/>
          </w:tcPr>
          <w:p w14:paraId="7565340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468B17A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6117BB09" w14:textId="77777777" w:rsidR="00163A60" w:rsidRDefault="00837146">
            <w:pPr>
              <w:spacing w:before="40" w:after="40"/>
              <w:jc w:val="center"/>
            </w:pPr>
            <w:r>
              <w:rPr>
                <w:sz w:val="18"/>
              </w:rPr>
              <w:t>(   ) Sim   (   ) Não</w:t>
            </w:r>
          </w:p>
        </w:tc>
      </w:tr>
      <w:tr w:rsidR="00163A60" w14:paraId="55F3DEB2" w14:textId="77777777">
        <w:trPr>
          <w:jc w:val="center"/>
        </w:trPr>
        <w:tc>
          <w:tcPr>
            <w:tcW w:w="1247" w:type="dxa"/>
            <w:shd w:val="clear" w:color="auto" w:fill="FFFFFF"/>
          </w:tcPr>
          <w:p w14:paraId="502341DA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969" w:type="dxa"/>
            <w:shd w:val="clear" w:color="auto" w:fill="FFFFFF"/>
          </w:tcPr>
          <w:p w14:paraId="73A22E3F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2FD50FDD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FFFFFF"/>
          </w:tcPr>
          <w:p w14:paraId="1BCE5732" w14:textId="77777777" w:rsidR="00163A60" w:rsidRDefault="00837146">
            <w:pPr>
              <w:spacing w:before="40" w:after="40"/>
              <w:jc w:val="center"/>
            </w:pPr>
            <w:r>
              <w:rPr>
                <w:sz w:val="18"/>
              </w:rPr>
              <w:t>(   ) Sim   (   ) Não</w:t>
            </w:r>
          </w:p>
        </w:tc>
      </w:tr>
      <w:tr w:rsidR="00163A60" w14:paraId="5E15EC5D" w14:textId="77777777">
        <w:trPr>
          <w:jc w:val="center"/>
        </w:trPr>
        <w:tc>
          <w:tcPr>
            <w:tcW w:w="1247" w:type="dxa"/>
            <w:shd w:val="clear" w:color="auto" w:fill="D9E1F2"/>
          </w:tcPr>
          <w:p w14:paraId="07B34216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3969" w:type="dxa"/>
            <w:shd w:val="clear" w:color="auto" w:fill="D9E1F2"/>
          </w:tcPr>
          <w:p w14:paraId="02FAFD4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701" w:type="dxa"/>
            <w:shd w:val="clear" w:color="auto" w:fill="D9E1F2"/>
          </w:tcPr>
          <w:p w14:paraId="71D3DBAB" w14:textId="77777777" w:rsidR="00163A60" w:rsidRDefault="00163A60">
            <w:pPr>
              <w:spacing w:before="40" w:after="40"/>
              <w:jc w:val="center"/>
            </w:pPr>
          </w:p>
        </w:tc>
        <w:tc>
          <w:tcPr>
            <w:tcW w:w="1928" w:type="dxa"/>
            <w:shd w:val="clear" w:color="auto" w:fill="D9E1F2"/>
          </w:tcPr>
          <w:p w14:paraId="679F1C84" w14:textId="77777777" w:rsidR="00163A60" w:rsidRDefault="00837146">
            <w:pPr>
              <w:spacing w:before="40" w:after="40"/>
              <w:jc w:val="center"/>
            </w:pPr>
            <w:r>
              <w:rPr>
                <w:sz w:val="18"/>
              </w:rPr>
              <w:t>(   ) Sim   (   ) Não</w:t>
            </w:r>
          </w:p>
        </w:tc>
      </w:tr>
    </w:tbl>
    <w:p w14:paraId="0A1981A8" w14:textId="77777777" w:rsidR="00163A60" w:rsidRDefault="00163A60">
      <w:pPr>
        <w:spacing w:after="80"/>
      </w:pPr>
    </w:p>
    <w:p w14:paraId="0F8FC3A8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9. ARTICULAÇÃO INTERÁREAS E REUNIÕES</w:t>
      </w:r>
    </w:p>
    <w:p w14:paraId="1951AB4C" w14:textId="77777777" w:rsidR="00163A60" w:rsidRPr="00387E45" w:rsidRDefault="00837146">
      <w:pPr>
        <w:spacing w:after="60"/>
        <w:rPr>
          <w:lang w:val="pt-BR"/>
        </w:rPr>
      </w:pPr>
      <w:r w:rsidRPr="00387E45">
        <w:rPr>
          <w:b/>
          <w:sz w:val="20"/>
          <w:lang w:val="pt-BR"/>
        </w:rPr>
        <w:t>Assinale as atividades de governança das quais participou no período:</w:t>
      </w:r>
    </w:p>
    <w:p w14:paraId="6D253CFA" w14:textId="41C57649" w:rsidR="00163A60" w:rsidRPr="00586412" w:rsidRDefault="00837146">
      <w:pPr>
        <w:spacing w:after="60"/>
        <w:ind w:left="227"/>
        <w:rPr>
          <w:lang w:val="pt-BR"/>
        </w:rPr>
      </w:pPr>
      <w:r w:rsidRPr="00586412">
        <w:rPr>
          <w:sz w:val="20"/>
          <w:lang w:val="pt-BR"/>
        </w:rPr>
        <w:lastRenderedPageBreak/>
        <w:t>(     )  Reunião de alinhamento do projeto</w:t>
      </w:r>
    </w:p>
    <w:p w14:paraId="48A12FC4" w14:textId="77777777" w:rsidR="00163A60" w:rsidRPr="00387E45" w:rsidRDefault="00837146">
      <w:pPr>
        <w:spacing w:after="60"/>
        <w:ind w:left="227"/>
        <w:rPr>
          <w:lang w:val="pt-BR"/>
        </w:rPr>
      </w:pPr>
      <w:r w:rsidRPr="00387E45">
        <w:rPr>
          <w:sz w:val="20"/>
          <w:lang w:val="pt-BR"/>
        </w:rPr>
        <w:t>(     )</w:t>
      </w:r>
      <w:r w:rsidRPr="00387E45">
        <w:rPr>
          <w:sz w:val="20"/>
          <w:lang w:val="pt-BR"/>
        </w:rPr>
        <w:t xml:space="preserve">  Reunião trimestral de integração (quando aplicável)</w:t>
      </w:r>
    </w:p>
    <w:p w14:paraId="6AB2503C" w14:textId="77777777" w:rsidR="00163A60" w:rsidRPr="00387E45" w:rsidRDefault="00837146">
      <w:pPr>
        <w:spacing w:after="60"/>
        <w:ind w:left="227"/>
        <w:rPr>
          <w:lang w:val="pt-BR"/>
        </w:rPr>
      </w:pPr>
      <w:r w:rsidRPr="00387E45">
        <w:rPr>
          <w:sz w:val="20"/>
          <w:lang w:val="pt-BR"/>
        </w:rPr>
        <w:t>(     )  Encaminhamentos interáreas registrados em protocolo</w:t>
      </w:r>
    </w:p>
    <w:p w14:paraId="55BD0C6D" w14:textId="77777777" w:rsidR="00163A60" w:rsidRPr="00387E45" w:rsidRDefault="00163A60">
      <w:pPr>
        <w:spacing w:after="80"/>
        <w:rPr>
          <w:lang w:val="pt-BR"/>
        </w:rPr>
      </w:pPr>
    </w:p>
    <w:p w14:paraId="50928A63" w14:textId="77777777" w:rsidR="00163A60" w:rsidRPr="00387E45" w:rsidRDefault="00837146">
      <w:pPr>
        <w:keepNext/>
        <w:spacing w:before="240" w:after="80"/>
        <w:rPr>
          <w:lang w:val="pt-BR"/>
        </w:rPr>
      </w:pPr>
      <w:r w:rsidRPr="00387E45">
        <w:rPr>
          <w:b/>
          <w:color w:val="1F3864"/>
          <w:lang w:val="pt-BR"/>
        </w:rPr>
        <w:t>10. DIFICULDADES, PENDÊNCIAS E ENCAMINHAMENTOS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6576"/>
      </w:tblGrid>
      <w:tr w:rsidR="00163A60" w14:paraId="53FB62BE" w14:textId="77777777">
        <w:trPr>
          <w:jc w:val="center"/>
        </w:trPr>
        <w:tc>
          <w:tcPr>
            <w:tcW w:w="2494" w:type="dxa"/>
            <w:shd w:val="clear" w:color="auto" w:fill="D9E1F2"/>
          </w:tcPr>
          <w:p w14:paraId="20D3DB2C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Dificuldades encontradas</w:t>
            </w:r>
          </w:p>
        </w:tc>
        <w:tc>
          <w:tcPr>
            <w:tcW w:w="6576" w:type="dxa"/>
          </w:tcPr>
          <w:p w14:paraId="7A8BED57" w14:textId="77777777" w:rsidR="00163A60" w:rsidRDefault="00163A60">
            <w:pPr>
              <w:spacing w:before="60" w:after="60"/>
            </w:pPr>
          </w:p>
          <w:p w14:paraId="651D11F2" w14:textId="77777777" w:rsidR="00163A60" w:rsidRDefault="00163A60"/>
          <w:p w14:paraId="27466E1F" w14:textId="77777777" w:rsidR="00163A60" w:rsidRDefault="00163A60"/>
        </w:tc>
      </w:tr>
      <w:tr w:rsidR="00163A60" w14:paraId="2EF46E00" w14:textId="77777777">
        <w:trPr>
          <w:jc w:val="center"/>
        </w:trPr>
        <w:tc>
          <w:tcPr>
            <w:tcW w:w="2494" w:type="dxa"/>
            <w:shd w:val="clear" w:color="auto" w:fill="D9E1F2"/>
          </w:tcPr>
          <w:p w14:paraId="6E07F7CD" w14:textId="77777777" w:rsidR="00163A60" w:rsidRDefault="00837146">
            <w:pPr>
              <w:spacing w:before="60" w:after="60"/>
            </w:pPr>
            <w:r>
              <w:rPr>
                <w:b/>
                <w:sz w:val="20"/>
              </w:rPr>
              <w:t>Encaminhamentos propostos</w:t>
            </w:r>
          </w:p>
        </w:tc>
        <w:tc>
          <w:tcPr>
            <w:tcW w:w="6576" w:type="dxa"/>
          </w:tcPr>
          <w:p w14:paraId="42BA5913" w14:textId="77777777" w:rsidR="00163A60" w:rsidRDefault="00163A60">
            <w:pPr>
              <w:spacing w:before="60" w:after="60"/>
            </w:pPr>
          </w:p>
          <w:p w14:paraId="01F8136F" w14:textId="77777777" w:rsidR="00163A60" w:rsidRDefault="00163A60"/>
          <w:p w14:paraId="250E4186" w14:textId="77777777" w:rsidR="00163A60" w:rsidRDefault="00163A60"/>
        </w:tc>
      </w:tr>
    </w:tbl>
    <w:p w14:paraId="722CC8F1" w14:textId="77777777" w:rsidR="00163A60" w:rsidRDefault="00163A60">
      <w:pPr>
        <w:spacing w:after="80"/>
      </w:pPr>
    </w:p>
    <w:p w14:paraId="3B25C8AD" w14:textId="77777777" w:rsidR="00163A60" w:rsidRDefault="00837146">
      <w:pPr>
        <w:keepNext/>
        <w:spacing w:before="240" w:after="80"/>
      </w:pPr>
      <w:r>
        <w:rPr>
          <w:b/>
          <w:color w:val="1F3864"/>
        </w:rPr>
        <w:t>11. PLANEJAMENTO PARA O PRÓXIMO PERÍODO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6350"/>
      </w:tblGrid>
      <w:tr w:rsidR="00163A60" w:rsidRPr="00586412" w14:paraId="5B91A4C5" w14:textId="77777777">
        <w:trPr>
          <w:jc w:val="center"/>
        </w:trPr>
        <w:tc>
          <w:tcPr>
            <w:tcW w:w="2721" w:type="dxa"/>
            <w:shd w:val="clear" w:color="auto" w:fill="D9E1F2"/>
          </w:tcPr>
          <w:p w14:paraId="339069E4" w14:textId="77777777" w:rsidR="00163A60" w:rsidRPr="00387E45" w:rsidRDefault="00837146">
            <w:pPr>
              <w:spacing w:before="60" w:after="60"/>
              <w:rPr>
                <w:lang w:val="pt-BR"/>
              </w:rPr>
            </w:pPr>
            <w:r w:rsidRPr="00387E45">
              <w:rPr>
                <w:b/>
                <w:sz w:val="20"/>
                <w:lang w:val="pt-BR"/>
              </w:rPr>
              <w:t>Ações do PGP previstas para o mês seguinte</w:t>
            </w:r>
          </w:p>
        </w:tc>
        <w:tc>
          <w:tcPr>
            <w:tcW w:w="6350" w:type="dxa"/>
          </w:tcPr>
          <w:p w14:paraId="463B2FE3" w14:textId="77777777" w:rsidR="00163A60" w:rsidRPr="00387E45" w:rsidRDefault="00163A60">
            <w:pPr>
              <w:spacing w:before="60" w:after="60"/>
              <w:rPr>
                <w:lang w:val="pt-BR"/>
              </w:rPr>
            </w:pPr>
          </w:p>
          <w:p w14:paraId="67A8EC0F" w14:textId="77777777" w:rsidR="00163A60" w:rsidRPr="00387E45" w:rsidRDefault="00163A60">
            <w:pPr>
              <w:rPr>
                <w:lang w:val="pt-BR"/>
              </w:rPr>
            </w:pPr>
          </w:p>
          <w:p w14:paraId="5674D80F" w14:textId="77777777" w:rsidR="00163A60" w:rsidRPr="00387E45" w:rsidRDefault="00163A60">
            <w:pPr>
              <w:rPr>
                <w:lang w:val="pt-BR"/>
              </w:rPr>
            </w:pPr>
          </w:p>
        </w:tc>
      </w:tr>
    </w:tbl>
    <w:p w14:paraId="7D6AF3ED" w14:textId="77777777" w:rsidR="00163A60" w:rsidRPr="00387E45" w:rsidRDefault="00163A60">
      <w:pPr>
        <w:spacing w:after="100"/>
        <w:rPr>
          <w:lang w:val="pt-BR"/>
        </w:rPr>
      </w:pPr>
    </w:p>
    <w:p w14:paraId="0B1CCD8D" w14:textId="77777777" w:rsidR="00163A60" w:rsidRPr="00387E45" w:rsidRDefault="00837146">
      <w:pPr>
        <w:keepNext/>
        <w:spacing w:before="240" w:after="80"/>
        <w:rPr>
          <w:lang w:val="pt-BR"/>
        </w:rPr>
      </w:pPr>
      <w:r w:rsidRPr="00387E45">
        <w:rPr>
          <w:b/>
          <w:color w:val="1F3864"/>
          <w:lang w:val="pt-BR"/>
        </w:rPr>
        <w:t>12. DECLARAÇÃO E ATESTO</w:t>
      </w:r>
    </w:p>
    <w:p w14:paraId="6B0656D6" w14:textId="77777777" w:rsidR="00163A60" w:rsidRPr="00387E45" w:rsidRDefault="00837146">
      <w:pPr>
        <w:spacing w:after="160"/>
        <w:jc w:val="both"/>
        <w:rPr>
          <w:lang w:val="pt-BR"/>
        </w:rPr>
      </w:pPr>
      <w:r w:rsidRPr="00387E45">
        <w:rPr>
          <w:lang w:val="pt-BR"/>
        </w:rPr>
        <w:t>Declaro que as informações prestadas neste relatório são verdadeiras, que as atividades descritas foram efetivamente realizadas no período de referência e que se referem exclusivamente a ações previstas no Plano de Gestão do Projeto (PGP), estando as evidências disponíveis para verificação e para fins de prestação de contas do Convênio.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163A60" w14:paraId="64080A13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D3E4DEB" w14:textId="77777777" w:rsidR="00163A60" w:rsidRDefault="00837146">
            <w:pPr>
              <w:spacing w:before="440"/>
              <w:jc w:val="center"/>
            </w:pPr>
            <w:r>
              <w:rPr>
                <w:sz w:val="20"/>
              </w:rPr>
              <w:t>__________________________________</w:t>
            </w:r>
          </w:p>
          <w:p w14:paraId="0A402C15" w14:textId="77777777" w:rsidR="00163A60" w:rsidRDefault="00837146">
            <w:pPr>
              <w:jc w:val="center"/>
            </w:pPr>
            <w:r>
              <w:rPr>
                <w:b/>
                <w:sz w:val="20"/>
              </w:rPr>
              <w:t>Bolsista</w:t>
            </w:r>
          </w:p>
          <w:p w14:paraId="5AE7D0E8" w14:textId="77777777" w:rsidR="00163A60" w:rsidRDefault="00837146">
            <w:pPr>
              <w:jc w:val="center"/>
            </w:pPr>
            <w:r>
              <w:rPr>
                <w:sz w:val="18"/>
              </w:rPr>
              <w:t>Nome: ______________________________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A4645BA" w14:textId="77777777" w:rsidR="00163A60" w:rsidRPr="00387E45" w:rsidRDefault="00837146">
            <w:pPr>
              <w:spacing w:before="440"/>
              <w:jc w:val="center"/>
              <w:rPr>
                <w:lang w:val="pt-BR"/>
              </w:rPr>
            </w:pPr>
            <w:r w:rsidRPr="00387E45">
              <w:rPr>
                <w:sz w:val="20"/>
                <w:lang w:val="pt-BR"/>
              </w:rPr>
              <w:t>__________________________________</w:t>
            </w:r>
          </w:p>
          <w:p w14:paraId="44EDA432" w14:textId="77777777" w:rsidR="00163A60" w:rsidRPr="00387E45" w:rsidRDefault="00837146">
            <w:pPr>
              <w:jc w:val="center"/>
              <w:rPr>
                <w:lang w:val="pt-BR"/>
              </w:rPr>
            </w:pPr>
            <w:r w:rsidRPr="00387E45">
              <w:rPr>
                <w:b/>
                <w:sz w:val="20"/>
                <w:lang w:val="pt-BR"/>
              </w:rPr>
              <w:t>Gestor Geral do Projeto ECO NOROESTE</w:t>
            </w:r>
          </w:p>
          <w:p w14:paraId="6BC0F1C5" w14:textId="77777777" w:rsidR="00163A60" w:rsidRDefault="00837146">
            <w:pPr>
              <w:jc w:val="center"/>
            </w:pPr>
            <w:r>
              <w:rPr>
                <w:sz w:val="18"/>
              </w:rPr>
              <w:t>Nome: ______________________________</w:t>
            </w:r>
          </w:p>
        </w:tc>
      </w:tr>
    </w:tbl>
    <w:p w14:paraId="23777051" w14:textId="77777777" w:rsidR="00163A60" w:rsidRDefault="00837146">
      <w:pPr>
        <w:spacing w:after="80"/>
        <w:jc w:val="center"/>
      </w:pPr>
      <w:r>
        <w:t>Paranavaí, ______ de ____________________ de 20____.</w:t>
      </w:r>
    </w:p>
    <w:sectPr w:rsidR="00163A60" w:rsidSect="00034616">
      <w:headerReference w:type="default" r:id="rId8"/>
      <w:pgSz w:w="11906" w:h="16838"/>
      <w:pgMar w:top="794" w:right="1304" w:bottom="1020" w:left="130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B8E9" w14:textId="77777777" w:rsidR="00837146" w:rsidRDefault="00837146">
      <w:pPr>
        <w:spacing w:after="0" w:line="240" w:lineRule="auto"/>
      </w:pPr>
      <w:r>
        <w:separator/>
      </w:r>
    </w:p>
  </w:endnote>
  <w:endnote w:type="continuationSeparator" w:id="0">
    <w:p w14:paraId="5C242C95" w14:textId="77777777" w:rsidR="00837146" w:rsidRDefault="0083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530F" w14:textId="77777777" w:rsidR="00837146" w:rsidRDefault="00837146">
      <w:pPr>
        <w:spacing w:after="0" w:line="240" w:lineRule="auto"/>
      </w:pPr>
      <w:r>
        <w:separator/>
      </w:r>
    </w:p>
  </w:footnote>
  <w:footnote w:type="continuationSeparator" w:id="0">
    <w:p w14:paraId="2DFC3E79" w14:textId="77777777" w:rsidR="00837146" w:rsidRDefault="00837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D2FEA" w14:textId="77777777" w:rsidR="00163A60" w:rsidRDefault="00837146">
    <w:pPr>
      <w:pStyle w:val="Cabealho"/>
      <w:spacing w:after="40"/>
      <w:jc w:val="center"/>
    </w:pPr>
    <w:r>
      <w:rPr>
        <w:noProof/>
      </w:rPr>
      <w:drawing>
        <wp:inline distT="0" distB="0" distL="0" distR="0" wp14:anchorId="75F9AB09" wp14:editId="0623612C">
          <wp:extent cx="5903999" cy="11376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3999" cy="1137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118908">
    <w:abstractNumId w:val="8"/>
  </w:num>
  <w:num w:numId="2" w16cid:durableId="1535002014">
    <w:abstractNumId w:val="6"/>
  </w:num>
  <w:num w:numId="3" w16cid:durableId="1676808672">
    <w:abstractNumId w:val="5"/>
  </w:num>
  <w:num w:numId="4" w16cid:durableId="203252389">
    <w:abstractNumId w:val="4"/>
  </w:num>
  <w:num w:numId="5" w16cid:durableId="465584183">
    <w:abstractNumId w:val="7"/>
  </w:num>
  <w:num w:numId="6" w16cid:durableId="441457824">
    <w:abstractNumId w:val="3"/>
  </w:num>
  <w:num w:numId="7" w16cid:durableId="990256854">
    <w:abstractNumId w:val="2"/>
  </w:num>
  <w:num w:numId="8" w16cid:durableId="271858555">
    <w:abstractNumId w:val="1"/>
  </w:num>
  <w:num w:numId="9" w16cid:durableId="44978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3A60"/>
    <w:rsid w:val="0029639D"/>
    <w:rsid w:val="00326F90"/>
    <w:rsid w:val="0035410F"/>
    <w:rsid w:val="00387E45"/>
    <w:rsid w:val="00586412"/>
    <w:rsid w:val="00643E5F"/>
    <w:rsid w:val="007415CA"/>
    <w:rsid w:val="00837146"/>
    <w:rsid w:val="00A3244C"/>
    <w:rsid w:val="00AA1D8D"/>
    <w:rsid w:val="00B47730"/>
    <w:rsid w:val="00C03B4B"/>
    <w:rsid w:val="00CB0664"/>
    <w:rsid w:val="00F31C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164F6CDB-50A8-434A-B24A-A8FC66BB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B4B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616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Marcos.Paulo - Unespar Paranavaí</cp:lastModifiedBy>
  <cp:revision>8</cp:revision>
  <dcterms:created xsi:type="dcterms:W3CDTF">2013-12-23T23:15:00Z</dcterms:created>
  <dcterms:modified xsi:type="dcterms:W3CDTF">2026-07-27T17:26:00Z</dcterms:modified>
  <cp:category/>
</cp:coreProperties>
</file>