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8139" w14:textId="0C516586" w:rsidR="008C79D9" w:rsidRPr="00CC05C1" w:rsidRDefault="000F1B1D">
      <w:pPr>
        <w:spacing w:after="40"/>
        <w:jc w:val="center"/>
        <w:rPr>
          <w:lang w:val="pt-BR"/>
        </w:rPr>
      </w:pPr>
      <w:r w:rsidRPr="00CC05C1">
        <w:rPr>
          <w:b/>
          <w:color w:val="1F3864"/>
          <w:sz w:val="25"/>
          <w:lang w:val="pt-BR"/>
        </w:rPr>
        <w:t xml:space="preserve">ANEXO </w:t>
      </w:r>
      <w:r w:rsidR="00793E14">
        <w:rPr>
          <w:b/>
          <w:color w:val="1F3864"/>
          <w:sz w:val="25"/>
          <w:lang w:val="pt-BR"/>
        </w:rPr>
        <w:t>III</w:t>
      </w:r>
      <w:r w:rsidRPr="00CC05C1">
        <w:rPr>
          <w:b/>
          <w:color w:val="1F3864"/>
          <w:sz w:val="25"/>
          <w:lang w:val="pt-BR"/>
        </w:rPr>
        <w:t xml:space="preserve"> — DECLARAÇÃO DE PARTICIPAÇÃO NO NCS NOROESTE</w:t>
      </w:r>
    </w:p>
    <w:p w14:paraId="128B3AF5" w14:textId="288EA4BC" w:rsidR="008C79D9" w:rsidRPr="00CC05C1" w:rsidRDefault="000F1B1D">
      <w:pPr>
        <w:spacing w:after="80"/>
        <w:jc w:val="center"/>
        <w:rPr>
          <w:lang w:val="pt-BR"/>
        </w:rPr>
      </w:pPr>
      <w:r w:rsidRPr="00CC05C1">
        <w:rPr>
          <w:b/>
          <w:sz w:val="20"/>
          <w:lang w:val="pt-BR"/>
        </w:rPr>
        <w:t>CHAMADA INTERNA Nº 0</w:t>
      </w:r>
      <w:r w:rsidR="00054399">
        <w:rPr>
          <w:b/>
          <w:sz w:val="20"/>
          <w:lang w:val="pt-BR"/>
        </w:rPr>
        <w:t>4</w:t>
      </w:r>
      <w:r w:rsidRPr="00CC05C1">
        <w:rPr>
          <w:b/>
          <w:sz w:val="20"/>
          <w:lang w:val="pt-BR"/>
        </w:rPr>
        <w:t>/2026 — BOLSAS DE COORDENAÇÃO (DOCENTES)</w:t>
      </w:r>
      <w:r w:rsidRPr="00CC05C1">
        <w:rPr>
          <w:b/>
          <w:sz w:val="20"/>
          <w:lang w:val="pt-BR"/>
        </w:rPr>
        <w:br/>
        <w:t>PROJETO ECO NOROESTE</w:t>
      </w:r>
    </w:p>
    <w:p w14:paraId="026174EA" w14:textId="77777777" w:rsidR="008C79D9" w:rsidRPr="00CC05C1" w:rsidRDefault="000F1B1D">
      <w:pPr>
        <w:spacing w:after="160"/>
        <w:jc w:val="center"/>
        <w:rPr>
          <w:lang w:val="pt-BR"/>
        </w:rPr>
      </w:pPr>
      <w:r w:rsidRPr="00CC05C1">
        <w:rPr>
          <w:i/>
          <w:color w:val="555555"/>
          <w:sz w:val="18"/>
          <w:lang w:val="pt-BR"/>
        </w:rPr>
        <w:t>Convênio ITAIPU nº 4500084374 — Núcleo de Cooperação Socioambiental do Noroeste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298"/>
      </w:tblGrid>
      <w:tr w:rsidR="008C79D9" w:rsidRPr="00054399" w14:paraId="7243517E" w14:textId="77777777">
        <w:trPr>
          <w:jc w:val="center"/>
        </w:trPr>
        <w:tc>
          <w:tcPr>
            <w:tcW w:w="9298" w:type="dxa"/>
            <w:shd w:val="clear" w:color="auto" w:fill="F2F2F2"/>
          </w:tcPr>
          <w:p w14:paraId="6FCEF96A" w14:textId="499F430F" w:rsidR="008C79D9" w:rsidRPr="00CC05C1" w:rsidRDefault="000F1B1D">
            <w:pPr>
              <w:spacing w:before="60" w:after="60"/>
              <w:jc w:val="both"/>
              <w:rPr>
                <w:lang w:val="pt-BR"/>
              </w:rPr>
            </w:pPr>
            <w:r w:rsidRPr="00891A9E">
              <w:rPr>
                <w:i/>
                <w:sz w:val="19"/>
                <w:lang w:val="pt-BR"/>
              </w:rPr>
              <w:t>Declaração destinada a comprovar o critério principal de seleção previsto no item 5.2 da Chamada. Deve ser emitida, com base em registros formais (atas de reuniões e listas de presença) do NCS Noroeste, os quais deverão ser indicados no quadro do item 2.</w:t>
            </w:r>
          </w:p>
        </w:tc>
      </w:tr>
    </w:tbl>
    <w:p w14:paraId="1B9A349B" w14:textId="77777777" w:rsidR="008C79D9" w:rsidRPr="00CC05C1" w:rsidRDefault="008C79D9">
      <w:pPr>
        <w:spacing w:after="120"/>
        <w:rPr>
          <w:lang w:val="pt-BR"/>
        </w:rPr>
      </w:pPr>
    </w:p>
    <w:p w14:paraId="05E0CC18" w14:textId="77777777" w:rsidR="008C79D9" w:rsidRDefault="000F1B1D">
      <w:pPr>
        <w:keepNext/>
        <w:spacing w:before="240" w:after="80"/>
      </w:pPr>
      <w:r>
        <w:rPr>
          <w:b/>
          <w:color w:val="1F3864"/>
        </w:rPr>
        <w:t>1. IDENTIFICAÇÃO DO DOCENTE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556"/>
      </w:tblGrid>
      <w:tr w:rsidR="008C79D9" w14:paraId="71798D1D" w14:textId="77777777">
        <w:trPr>
          <w:jc w:val="center"/>
        </w:trPr>
        <w:tc>
          <w:tcPr>
            <w:tcW w:w="3515" w:type="dxa"/>
            <w:shd w:val="clear" w:color="auto" w:fill="D9E1F2"/>
          </w:tcPr>
          <w:p w14:paraId="1C026786" w14:textId="77777777" w:rsidR="008C79D9" w:rsidRDefault="000F1B1D">
            <w:pPr>
              <w:spacing w:before="60" w:after="60"/>
            </w:pPr>
            <w:r>
              <w:rPr>
                <w:b/>
                <w:sz w:val="20"/>
              </w:rPr>
              <w:t>Nome completo</w:t>
            </w:r>
          </w:p>
        </w:tc>
        <w:tc>
          <w:tcPr>
            <w:tcW w:w="5556" w:type="dxa"/>
          </w:tcPr>
          <w:p w14:paraId="234A3900" w14:textId="77777777" w:rsidR="008C79D9" w:rsidRDefault="008C79D9">
            <w:pPr>
              <w:spacing w:before="60" w:after="60"/>
            </w:pPr>
          </w:p>
        </w:tc>
      </w:tr>
      <w:tr w:rsidR="008C79D9" w14:paraId="0881A903" w14:textId="77777777">
        <w:trPr>
          <w:jc w:val="center"/>
        </w:trPr>
        <w:tc>
          <w:tcPr>
            <w:tcW w:w="3515" w:type="dxa"/>
            <w:shd w:val="clear" w:color="auto" w:fill="D9E1F2"/>
          </w:tcPr>
          <w:p w14:paraId="5F2782C0" w14:textId="77777777" w:rsidR="008C79D9" w:rsidRDefault="000F1B1D">
            <w:pPr>
              <w:spacing w:before="60" w:after="60"/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5556" w:type="dxa"/>
          </w:tcPr>
          <w:p w14:paraId="09CFEB47" w14:textId="77777777" w:rsidR="008C79D9" w:rsidRDefault="008C79D9">
            <w:pPr>
              <w:spacing w:before="60" w:after="60"/>
            </w:pPr>
          </w:p>
        </w:tc>
      </w:tr>
      <w:tr w:rsidR="008C79D9" w14:paraId="06373F10" w14:textId="77777777">
        <w:trPr>
          <w:jc w:val="center"/>
        </w:trPr>
        <w:tc>
          <w:tcPr>
            <w:tcW w:w="3515" w:type="dxa"/>
            <w:shd w:val="clear" w:color="auto" w:fill="D9E1F2"/>
          </w:tcPr>
          <w:p w14:paraId="713D7DA0" w14:textId="77777777" w:rsidR="008C79D9" w:rsidRDefault="000F1B1D">
            <w:pPr>
              <w:spacing w:before="60" w:after="60"/>
            </w:pPr>
            <w:r>
              <w:rPr>
                <w:b/>
                <w:sz w:val="20"/>
              </w:rPr>
              <w:t>Colegiado / Curso — UNESPAR, Campus de Paranavaí</w:t>
            </w:r>
          </w:p>
        </w:tc>
        <w:tc>
          <w:tcPr>
            <w:tcW w:w="5556" w:type="dxa"/>
          </w:tcPr>
          <w:p w14:paraId="5F096367" w14:textId="77777777" w:rsidR="008C79D9" w:rsidRDefault="008C79D9">
            <w:pPr>
              <w:spacing w:before="60" w:after="60"/>
            </w:pPr>
          </w:p>
        </w:tc>
      </w:tr>
      <w:tr w:rsidR="008C79D9" w14:paraId="791609A4" w14:textId="77777777">
        <w:trPr>
          <w:jc w:val="center"/>
        </w:trPr>
        <w:tc>
          <w:tcPr>
            <w:tcW w:w="3515" w:type="dxa"/>
            <w:shd w:val="clear" w:color="auto" w:fill="D9E1F2"/>
          </w:tcPr>
          <w:p w14:paraId="107AF7B9" w14:textId="77777777" w:rsidR="008C79D9" w:rsidRDefault="000F1B1D">
            <w:pPr>
              <w:spacing w:before="60" w:after="60"/>
            </w:pPr>
            <w:r>
              <w:rPr>
                <w:b/>
                <w:sz w:val="20"/>
              </w:rPr>
              <w:t>Eixo de coordenação pretendido</w:t>
            </w:r>
          </w:p>
        </w:tc>
        <w:tc>
          <w:tcPr>
            <w:tcW w:w="5556" w:type="dxa"/>
          </w:tcPr>
          <w:p w14:paraId="587E1C71" w14:textId="77777777" w:rsidR="008C79D9" w:rsidRDefault="008C79D9">
            <w:pPr>
              <w:spacing w:before="60" w:after="60"/>
            </w:pPr>
          </w:p>
        </w:tc>
      </w:tr>
    </w:tbl>
    <w:p w14:paraId="5D7CDCAD" w14:textId="77777777" w:rsidR="008C79D9" w:rsidRDefault="008C79D9">
      <w:pPr>
        <w:spacing w:after="80"/>
      </w:pPr>
    </w:p>
    <w:p w14:paraId="1A2ABBAE" w14:textId="77777777" w:rsidR="008C79D9" w:rsidRPr="00CC05C1" w:rsidRDefault="000F1B1D">
      <w:pPr>
        <w:keepNext/>
        <w:spacing w:before="240" w:after="80"/>
        <w:rPr>
          <w:lang w:val="pt-BR"/>
        </w:rPr>
      </w:pPr>
      <w:r w:rsidRPr="00CC05C1">
        <w:rPr>
          <w:b/>
          <w:color w:val="1F3864"/>
          <w:lang w:val="pt-BR"/>
        </w:rPr>
        <w:t>2. REGISTROS FORMAIS QUE EMBASAM A PRESENTE DECLARAÇÃO</w:t>
      </w:r>
    </w:p>
    <w:p w14:paraId="746ECC16" w14:textId="77777777" w:rsidR="008C79D9" w:rsidRPr="00CC05C1" w:rsidRDefault="000F1B1D">
      <w:pPr>
        <w:spacing w:after="80"/>
        <w:jc w:val="both"/>
        <w:rPr>
          <w:lang w:val="pt-BR"/>
        </w:rPr>
      </w:pPr>
      <w:r w:rsidRPr="00CC05C1">
        <w:rPr>
          <w:i/>
          <w:sz w:val="19"/>
          <w:lang w:val="pt-BR"/>
        </w:rPr>
        <w:t>Relacionar os encontros e atividades do NCS Noroeste com participação registrada do docente, indicando o documento comprobatório correspondente.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3742"/>
        <w:gridCol w:w="1587"/>
        <w:gridCol w:w="2494"/>
      </w:tblGrid>
      <w:tr w:rsidR="008C79D9" w14:paraId="35A3DE3F" w14:textId="77777777">
        <w:trPr>
          <w:jc w:val="center"/>
        </w:trPr>
        <w:tc>
          <w:tcPr>
            <w:tcW w:w="1247" w:type="dxa"/>
            <w:shd w:val="clear" w:color="auto" w:fill="1F3864"/>
          </w:tcPr>
          <w:p w14:paraId="59986BF1" w14:textId="77777777" w:rsidR="008C79D9" w:rsidRDefault="000F1B1D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Data</w:t>
            </w:r>
          </w:p>
        </w:tc>
        <w:tc>
          <w:tcPr>
            <w:tcW w:w="3742" w:type="dxa"/>
            <w:shd w:val="clear" w:color="auto" w:fill="1F3864"/>
          </w:tcPr>
          <w:p w14:paraId="4771D172" w14:textId="77777777" w:rsidR="008C79D9" w:rsidRPr="00CC05C1" w:rsidRDefault="000F1B1D">
            <w:pPr>
              <w:spacing w:before="40" w:after="40"/>
              <w:jc w:val="center"/>
              <w:rPr>
                <w:lang w:val="pt-BR"/>
              </w:rPr>
            </w:pPr>
            <w:r w:rsidRPr="00CC05C1">
              <w:rPr>
                <w:b/>
                <w:color w:val="FFFFFF"/>
                <w:sz w:val="18"/>
                <w:lang w:val="pt-BR"/>
              </w:rPr>
              <w:t>Encontro / Atividade do NCS Noroeste</w:t>
            </w:r>
          </w:p>
        </w:tc>
        <w:tc>
          <w:tcPr>
            <w:tcW w:w="1587" w:type="dxa"/>
            <w:shd w:val="clear" w:color="auto" w:fill="1F3864"/>
          </w:tcPr>
          <w:p w14:paraId="747CD488" w14:textId="77777777" w:rsidR="008C79D9" w:rsidRDefault="000F1B1D">
            <w:pPr>
              <w:spacing w:before="40" w:after="4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Município</w:t>
            </w:r>
            <w:proofErr w:type="spellEnd"/>
          </w:p>
        </w:tc>
        <w:tc>
          <w:tcPr>
            <w:tcW w:w="2494" w:type="dxa"/>
            <w:shd w:val="clear" w:color="auto" w:fill="1F3864"/>
          </w:tcPr>
          <w:p w14:paraId="73F2689A" w14:textId="77777777" w:rsidR="008C79D9" w:rsidRDefault="000F1B1D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Documento comprobatório</w:t>
            </w:r>
          </w:p>
        </w:tc>
      </w:tr>
      <w:tr w:rsidR="008C79D9" w14:paraId="1561B4E2" w14:textId="77777777">
        <w:trPr>
          <w:jc w:val="center"/>
        </w:trPr>
        <w:tc>
          <w:tcPr>
            <w:tcW w:w="1247" w:type="dxa"/>
            <w:shd w:val="clear" w:color="auto" w:fill="D9E1F2"/>
          </w:tcPr>
          <w:p w14:paraId="6A91EBEE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D9E1F2"/>
          </w:tcPr>
          <w:p w14:paraId="7B14E984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6C4F67E8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D9E1F2"/>
          </w:tcPr>
          <w:p w14:paraId="3D523255" w14:textId="77777777" w:rsidR="008C79D9" w:rsidRDefault="008C79D9">
            <w:pPr>
              <w:spacing w:before="40" w:after="40"/>
              <w:jc w:val="center"/>
            </w:pPr>
          </w:p>
        </w:tc>
      </w:tr>
      <w:tr w:rsidR="008C79D9" w14:paraId="78553421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6064F8F3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FFFFFF"/>
          </w:tcPr>
          <w:p w14:paraId="1CAF5A9F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0E343F29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FFFFFF"/>
          </w:tcPr>
          <w:p w14:paraId="0567C09F" w14:textId="77777777" w:rsidR="008C79D9" w:rsidRDefault="008C79D9">
            <w:pPr>
              <w:spacing w:before="40" w:after="40"/>
              <w:jc w:val="center"/>
            </w:pPr>
          </w:p>
        </w:tc>
      </w:tr>
      <w:tr w:rsidR="008C79D9" w14:paraId="20CBC96E" w14:textId="77777777">
        <w:trPr>
          <w:jc w:val="center"/>
        </w:trPr>
        <w:tc>
          <w:tcPr>
            <w:tcW w:w="1247" w:type="dxa"/>
            <w:shd w:val="clear" w:color="auto" w:fill="D9E1F2"/>
          </w:tcPr>
          <w:p w14:paraId="77BDC1CF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D9E1F2"/>
          </w:tcPr>
          <w:p w14:paraId="45C10AB9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19C54409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D9E1F2"/>
          </w:tcPr>
          <w:p w14:paraId="3FCFC52B" w14:textId="77777777" w:rsidR="008C79D9" w:rsidRDefault="008C79D9">
            <w:pPr>
              <w:spacing w:before="40" w:after="40"/>
              <w:jc w:val="center"/>
            </w:pPr>
          </w:p>
        </w:tc>
      </w:tr>
      <w:tr w:rsidR="008C79D9" w14:paraId="68C113C0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44FB4D63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FFFFFF"/>
          </w:tcPr>
          <w:p w14:paraId="77D4B34A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35EF2667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FFFFFF"/>
          </w:tcPr>
          <w:p w14:paraId="32A11576" w14:textId="77777777" w:rsidR="008C79D9" w:rsidRDefault="008C79D9">
            <w:pPr>
              <w:spacing w:before="40" w:after="40"/>
              <w:jc w:val="center"/>
            </w:pPr>
          </w:p>
        </w:tc>
      </w:tr>
      <w:tr w:rsidR="008C79D9" w14:paraId="23CBE9FC" w14:textId="77777777">
        <w:trPr>
          <w:jc w:val="center"/>
        </w:trPr>
        <w:tc>
          <w:tcPr>
            <w:tcW w:w="1247" w:type="dxa"/>
            <w:shd w:val="clear" w:color="auto" w:fill="D9E1F2"/>
          </w:tcPr>
          <w:p w14:paraId="521F9C51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D9E1F2"/>
          </w:tcPr>
          <w:p w14:paraId="21BCBB06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605FA8B9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D9E1F2"/>
          </w:tcPr>
          <w:p w14:paraId="50D8AF5A" w14:textId="77777777" w:rsidR="008C79D9" w:rsidRDefault="008C79D9">
            <w:pPr>
              <w:spacing w:before="40" w:after="40"/>
              <w:jc w:val="center"/>
            </w:pPr>
          </w:p>
        </w:tc>
      </w:tr>
      <w:tr w:rsidR="008C79D9" w14:paraId="772D1603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60DC3DAA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FFFFFF"/>
          </w:tcPr>
          <w:p w14:paraId="7C3689C8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5350B47E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FFFFFF"/>
          </w:tcPr>
          <w:p w14:paraId="5A2922E8" w14:textId="77777777" w:rsidR="008C79D9" w:rsidRDefault="008C79D9">
            <w:pPr>
              <w:spacing w:before="40" w:after="40"/>
              <w:jc w:val="center"/>
            </w:pPr>
          </w:p>
        </w:tc>
      </w:tr>
      <w:tr w:rsidR="008C79D9" w14:paraId="16F50594" w14:textId="77777777">
        <w:trPr>
          <w:jc w:val="center"/>
        </w:trPr>
        <w:tc>
          <w:tcPr>
            <w:tcW w:w="1247" w:type="dxa"/>
            <w:shd w:val="clear" w:color="auto" w:fill="D9E1F2"/>
          </w:tcPr>
          <w:p w14:paraId="17B27B56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3742" w:type="dxa"/>
            <w:shd w:val="clear" w:color="auto" w:fill="D9E1F2"/>
          </w:tcPr>
          <w:p w14:paraId="35324AAA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65672CFA" w14:textId="77777777" w:rsidR="008C79D9" w:rsidRDefault="008C79D9">
            <w:pPr>
              <w:spacing w:before="40" w:after="40"/>
              <w:jc w:val="center"/>
            </w:pPr>
          </w:p>
        </w:tc>
        <w:tc>
          <w:tcPr>
            <w:tcW w:w="2494" w:type="dxa"/>
            <w:shd w:val="clear" w:color="auto" w:fill="D9E1F2"/>
          </w:tcPr>
          <w:p w14:paraId="42356F20" w14:textId="77777777" w:rsidR="008C79D9" w:rsidRDefault="008C79D9">
            <w:pPr>
              <w:spacing w:before="40" w:after="40"/>
              <w:jc w:val="center"/>
            </w:pPr>
          </w:p>
        </w:tc>
      </w:tr>
    </w:tbl>
    <w:p w14:paraId="50E3C845" w14:textId="77777777" w:rsidR="008C79D9" w:rsidRDefault="008C79D9">
      <w:pPr>
        <w:spacing w:after="80"/>
      </w:pPr>
    </w:p>
    <w:p w14:paraId="4D86E02C" w14:textId="77777777" w:rsidR="008C79D9" w:rsidRDefault="000F1B1D">
      <w:pPr>
        <w:keepNext/>
        <w:spacing w:before="240" w:after="80"/>
      </w:pPr>
      <w:r>
        <w:rPr>
          <w:b/>
          <w:color w:val="1F3864"/>
        </w:rPr>
        <w:t>3. DECLARAÇÃO</w:t>
      </w:r>
    </w:p>
    <w:p w14:paraId="689E426C" w14:textId="77777777" w:rsidR="008C79D9" w:rsidRPr="00CC05C1" w:rsidRDefault="000F1B1D" w:rsidP="00CC05C1">
      <w:pPr>
        <w:spacing w:after="60"/>
        <w:ind w:left="227"/>
        <w:jc w:val="both"/>
        <w:rPr>
          <w:lang w:val="pt-BR"/>
        </w:rPr>
      </w:pPr>
      <w:proofErr w:type="gramStart"/>
      <w:r w:rsidRPr="00CC05C1">
        <w:rPr>
          <w:sz w:val="21"/>
          <w:lang w:val="pt-BR"/>
        </w:rPr>
        <w:t xml:space="preserve">(  </w:t>
      </w:r>
      <w:proofErr w:type="gramEnd"/>
      <w:r w:rsidRPr="00CC05C1">
        <w:rPr>
          <w:sz w:val="21"/>
          <w:lang w:val="pt-BR"/>
        </w:rPr>
        <w:t xml:space="preserve"> </w:t>
      </w:r>
      <w:proofErr w:type="gramStart"/>
      <w:r w:rsidRPr="00CC05C1">
        <w:rPr>
          <w:sz w:val="21"/>
          <w:lang w:val="pt-BR"/>
        </w:rPr>
        <w:t xml:space="preserve">  )</w:t>
      </w:r>
      <w:proofErr w:type="gramEnd"/>
      <w:r w:rsidRPr="00CC05C1">
        <w:rPr>
          <w:sz w:val="21"/>
          <w:lang w:val="pt-BR"/>
        </w:rPr>
        <w:t xml:space="preserve">  É PARTICIPANTE do Núcleo de Cooperação Socioambiental do Noroeste (NCS Noroeste), tendo comparecido de forma assídua aos encontros e atividades relacionados no item 2, conforme registros formais mantidos pela Fundação.</w:t>
      </w:r>
    </w:p>
    <w:p w14:paraId="1A671BCD" w14:textId="77777777" w:rsidR="008C79D9" w:rsidRPr="00CC05C1" w:rsidRDefault="000F1B1D">
      <w:pPr>
        <w:spacing w:after="60"/>
        <w:ind w:left="227"/>
        <w:rPr>
          <w:lang w:val="pt-BR"/>
        </w:rPr>
      </w:pPr>
      <w:proofErr w:type="gramStart"/>
      <w:r w:rsidRPr="00CC05C1">
        <w:rPr>
          <w:sz w:val="21"/>
          <w:lang w:val="pt-BR"/>
        </w:rPr>
        <w:t xml:space="preserve">(  </w:t>
      </w:r>
      <w:proofErr w:type="gramEnd"/>
      <w:r w:rsidRPr="00CC05C1">
        <w:rPr>
          <w:sz w:val="21"/>
          <w:lang w:val="pt-BR"/>
        </w:rPr>
        <w:t xml:space="preserve"> </w:t>
      </w:r>
      <w:proofErr w:type="gramStart"/>
      <w:r w:rsidRPr="00CC05C1">
        <w:rPr>
          <w:sz w:val="21"/>
          <w:lang w:val="pt-BR"/>
        </w:rPr>
        <w:t xml:space="preserve">  )</w:t>
      </w:r>
      <w:proofErr w:type="gramEnd"/>
      <w:r w:rsidRPr="00CC05C1">
        <w:rPr>
          <w:sz w:val="21"/>
          <w:lang w:val="pt-BR"/>
        </w:rPr>
        <w:t xml:space="preserve">  NÃO POSSUI registro de participação nos encontros e atividades do NCS Noroeste, aplicando-se, se for o caso, o disposto no subitem 5.8.2 da Chamada (preenchimento subsidiário da vaga).</w:t>
      </w:r>
    </w:p>
    <w:p w14:paraId="00A256E7" w14:textId="77777777" w:rsidR="008C79D9" w:rsidRPr="00CC05C1" w:rsidRDefault="008C79D9">
      <w:pPr>
        <w:spacing w:after="80"/>
        <w:rPr>
          <w:lang w:val="pt-BR"/>
        </w:rPr>
      </w:pPr>
    </w:p>
    <w:p w14:paraId="6EEC7DB5" w14:textId="77777777" w:rsidR="008C79D9" w:rsidRPr="00CC05C1" w:rsidRDefault="000F1B1D">
      <w:pPr>
        <w:spacing w:after="120"/>
        <w:jc w:val="both"/>
        <w:rPr>
          <w:lang w:val="pt-BR"/>
        </w:rPr>
      </w:pPr>
      <w:r w:rsidRPr="00CC05C1">
        <w:rPr>
          <w:lang w:val="pt-BR"/>
        </w:rPr>
        <w:t>Declara, ainda, que as informações aqui prestadas têm respaldo documental nos arquivos do projeto e encontram-se disponíveis para verificação, integrando, quando necessário, o processo de prestação de contas do Convênio perante a Itaipu Binacional.</w:t>
      </w:r>
    </w:p>
    <w:p w14:paraId="019F85E4" w14:textId="77777777" w:rsidR="008C79D9" w:rsidRDefault="000F1B1D">
      <w:pPr>
        <w:keepNext/>
        <w:spacing w:before="240" w:after="80"/>
      </w:pPr>
      <w:r>
        <w:rPr>
          <w:b/>
          <w:color w:val="1F3864"/>
        </w:rPr>
        <w:lastRenderedPageBreak/>
        <w:t>4. OBSERVAÇÕES COMPLEMENTARES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143"/>
      </w:tblGrid>
      <w:tr w:rsidR="008C79D9" w14:paraId="1E9DCCC2" w14:textId="77777777">
        <w:trPr>
          <w:jc w:val="center"/>
        </w:trPr>
        <w:tc>
          <w:tcPr>
            <w:tcW w:w="1928" w:type="dxa"/>
            <w:shd w:val="clear" w:color="auto" w:fill="D9E1F2"/>
          </w:tcPr>
          <w:p w14:paraId="5FE02184" w14:textId="77777777" w:rsidR="008C79D9" w:rsidRDefault="000F1B1D">
            <w:pPr>
              <w:spacing w:before="60" w:after="60"/>
            </w:pPr>
            <w:r>
              <w:rPr>
                <w:b/>
                <w:sz w:val="20"/>
              </w:rPr>
              <w:t>Observações</w:t>
            </w:r>
          </w:p>
        </w:tc>
        <w:tc>
          <w:tcPr>
            <w:tcW w:w="7143" w:type="dxa"/>
          </w:tcPr>
          <w:p w14:paraId="3472ACCE" w14:textId="77777777" w:rsidR="008C79D9" w:rsidRDefault="008C79D9">
            <w:pPr>
              <w:spacing w:before="60" w:after="60"/>
            </w:pPr>
          </w:p>
          <w:p w14:paraId="2E5C36B3" w14:textId="77777777" w:rsidR="008C79D9" w:rsidRDefault="008C79D9"/>
          <w:p w14:paraId="22AB3F08" w14:textId="77777777" w:rsidR="008C79D9" w:rsidRDefault="008C79D9"/>
        </w:tc>
      </w:tr>
    </w:tbl>
    <w:p w14:paraId="26C4E075" w14:textId="77777777" w:rsidR="008C79D9" w:rsidRDefault="008C79D9">
      <w:pPr>
        <w:spacing w:after="120"/>
      </w:pPr>
    </w:p>
    <w:p w14:paraId="69E3A1E6" w14:textId="77777777" w:rsidR="008C79D9" w:rsidRDefault="000F1B1D">
      <w:pPr>
        <w:spacing w:after="80"/>
      </w:pPr>
      <w:r>
        <w:t>Paranavaí, ______ de ____________________ de 2026.</w:t>
      </w:r>
    </w:p>
    <w:p w14:paraId="298D67EE" w14:textId="77777777" w:rsidR="005D759B" w:rsidRPr="004A1DA8" w:rsidRDefault="005D759B" w:rsidP="005D759B">
      <w:pPr>
        <w:spacing w:before="480" w:after="0"/>
        <w:jc w:val="center"/>
        <w:rPr>
          <w:lang w:val="pt-BR"/>
        </w:rPr>
      </w:pPr>
      <w:r w:rsidRPr="004A1DA8">
        <w:rPr>
          <w:sz w:val="21"/>
          <w:lang w:val="pt-BR"/>
        </w:rPr>
        <w:t>__________________________________________________________</w:t>
      </w:r>
    </w:p>
    <w:p w14:paraId="30D8D2E7" w14:textId="77777777" w:rsidR="005D759B" w:rsidRPr="004A1DA8" w:rsidRDefault="005D759B" w:rsidP="005D759B">
      <w:pPr>
        <w:spacing w:after="0"/>
        <w:jc w:val="center"/>
        <w:rPr>
          <w:lang w:val="pt-BR"/>
        </w:rPr>
      </w:pPr>
      <w:r w:rsidRPr="004A1DA8">
        <w:rPr>
          <w:b/>
          <w:sz w:val="21"/>
          <w:lang w:val="pt-BR"/>
        </w:rPr>
        <w:t>Assinatura do Candidato</w:t>
      </w:r>
    </w:p>
    <w:p w14:paraId="35B98F62" w14:textId="091FBFAA" w:rsidR="008C79D9" w:rsidRPr="00CC05C1" w:rsidRDefault="005D759B" w:rsidP="005D759B">
      <w:pPr>
        <w:spacing w:after="120"/>
        <w:jc w:val="center"/>
        <w:rPr>
          <w:lang w:val="pt-BR"/>
        </w:rPr>
      </w:pPr>
      <w:r>
        <w:rPr>
          <w:sz w:val="21"/>
        </w:rPr>
        <w:t>Nome: ______________________________________</w:t>
      </w:r>
    </w:p>
    <w:sectPr w:rsidR="008C79D9" w:rsidRPr="00CC05C1" w:rsidSect="00034616">
      <w:headerReference w:type="default" r:id="rId8"/>
      <w:pgSz w:w="11906" w:h="16838"/>
      <w:pgMar w:top="794" w:right="1304" w:bottom="1020" w:left="130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4D95" w14:textId="77777777" w:rsidR="007758D9" w:rsidRDefault="007758D9">
      <w:pPr>
        <w:spacing w:after="0" w:line="240" w:lineRule="auto"/>
      </w:pPr>
      <w:r>
        <w:separator/>
      </w:r>
    </w:p>
  </w:endnote>
  <w:endnote w:type="continuationSeparator" w:id="0">
    <w:p w14:paraId="6AD00F15" w14:textId="77777777" w:rsidR="007758D9" w:rsidRDefault="0077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8518" w14:textId="77777777" w:rsidR="007758D9" w:rsidRDefault="007758D9">
      <w:pPr>
        <w:spacing w:after="0" w:line="240" w:lineRule="auto"/>
      </w:pPr>
      <w:r>
        <w:separator/>
      </w:r>
    </w:p>
  </w:footnote>
  <w:footnote w:type="continuationSeparator" w:id="0">
    <w:p w14:paraId="5F256894" w14:textId="77777777" w:rsidR="007758D9" w:rsidRDefault="00775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FA6F" w14:textId="35F202A4" w:rsidR="003C1B62" w:rsidRPr="003C1B62" w:rsidRDefault="00F7124B">
    <w:pPr>
      <w:pStyle w:val="Cabealho"/>
      <w:spacing w:after="40"/>
      <w:jc w:val="center"/>
      <w:rPr>
        <w:lang w:val="pt-BR"/>
      </w:rPr>
    </w:pPr>
    <w:r>
      <w:rPr>
        <w:noProof/>
      </w:rPr>
      <w:drawing>
        <wp:inline distT="0" distB="0" distL="0" distR="0" wp14:anchorId="08C412A2" wp14:editId="650B8A78">
          <wp:extent cx="5903999" cy="11376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3999" cy="1137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8980896">
    <w:abstractNumId w:val="8"/>
  </w:num>
  <w:num w:numId="2" w16cid:durableId="1903515039">
    <w:abstractNumId w:val="6"/>
  </w:num>
  <w:num w:numId="3" w16cid:durableId="187720701">
    <w:abstractNumId w:val="5"/>
  </w:num>
  <w:num w:numId="4" w16cid:durableId="28724790">
    <w:abstractNumId w:val="4"/>
  </w:num>
  <w:num w:numId="5" w16cid:durableId="901258137">
    <w:abstractNumId w:val="7"/>
  </w:num>
  <w:num w:numId="6" w16cid:durableId="158274272">
    <w:abstractNumId w:val="3"/>
  </w:num>
  <w:num w:numId="7" w16cid:durableId="357701898">
    <w:abstractNumId w:val="2"/>
  </w:num>
  <w:num w:numId="8" w16cid:durableId="133908218">
    <w:abstractNumId w:val="1"/>
  </w:num>
  <w:num w:numId="9" w16cid:durableId="6673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399"/>
    <w:rsid w:val="0006063C"/>
    <w:rsid w:val="000F1B1D"/>
    <w:rsid w:val="0015074B"/>
    <w:rsid w:val="0029639D"/>
    <w:rsid w:val="00326F90"/>
    <w:rsid w:val="0035410F"/>
    <w:rsid w:val="003C1B62"/>
    <w:rsid w:val="003D334A"/>
    <w:rsid w:val="005D759B"/>
    <w:rsid w:val="00681B0A"/>
    <w:rsid w:val="007758D9"/>
    <w:rsid w:val="00793E14"/>
    <w:rsid w:val="00891A9E"/>
    <w:rsid w:val="008B7C2B"/>
    <w:rsid w:val="008C79D9"/>
    <w:rsid w:val="00900A79"/>
    <w:rsid w:val="00A3244C"/>
    <w:rsid w:val="00AA1D8D"/>
    <w:rsid w:val="00B47730"/>
    <w:rsid w:val="00CB0664"/>
    <w:rsid w:val="00CC05C1"/>
    <w:rsid w:val="00CD6001"/>
    <w:rsid w:val="00F7124B"/>
    <w:rsid w:val="00FC693F"/>
    <w:rsid w:val="00FD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64F6CDB-50A8-434A-B24A-A8FC66BB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Marcos.Paulo - Unespar Paranavaí</cp:lastModifiedBy>
  <cp:revision>16</cp:revision>
  <dcterms:created xsi:type="dcterms:W3CDTF">2013-12-23T23:15:00Z</dcterms:created>
  <dcterms:modified xsi:type="dcterms:W3CDTF">2026-07-27T17:53:00Z</dcterms:modified>
  <cp:category/>
</cp:coreProperties>
</file>